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B487E" w14:textId="77777777" w:rsidR="00FA6D44" w:rsidRPr="006B16F6" w:rsidRDefault="00DD2D79" w:rsidP="000D1D3D">
      <w:pPr>
        <w:jc w:val="both"/>
        <w:rPr>
          <w:rFonts w:asciiTheme="minorHAnsi" w:hAnsiTheme="minorHAnsi"/>
          <w:i/>
          <w:iCs/>
          <w:sz w:val="16"/>
          <w:szCs w:val="16"/>
        </w:rPr>
      </w:pPr>
      <w:proofErr w:type="spellStart"/>
      <w:r w:rsidRPr="006B16F6">
        <w:rPr>
          <w:rFonts w:asciiTheme="minorHAnsi" w:hAnsiTheme="minorHAnsi"/>
          <w:b/>
          <w:i/>
          <w:iCs/>
          <w:sz w:val="16"/>
          <w:szCs w:val="16"/>
        </w:rPr>
        <w:t>Petunjuk</w:t>
      </w:r>
      <w:proofErr w:type="spellEnd"/>
      <w:r w:rsidRPr="006B16F6">
        <w:rPr>
          <w:rFonts w:asciiTheme="minorHAnsi" w:hAnsiTheme="minorHAnsi"/>
          <w:b/>
          <w:i/>
          <w:iCs/>
          <w:sz w:val="16"/>
          <w:szCs w:val="16"/>
        </w:rPr>
        <w:t xml:space="preserve">: </w:t>
      </w:r>
      <w:r w:rsidRPr="006B16F6">
        <w:rPr>
          <w:rFonts w:asciiTheme="minorHAnsi" w:hAnsiTheme="minorHAnsi"/>
          <w:i/>
          <w:iCs/>
          <w:sz w:val="16"/>
          <w:szCs w:val="16"/>
        </w:rPr>
        <w:t xml:space="preserve">Bagian A-C </w:t>
      </w:r>
      <w:proofErr w:type="spellStart"/>
      <w:r w:rsidRPr="006B16F6">
        <w:rPr>
          <w:rFonts w:asciiTheme="minorHAnsi" w:hAnsiTheme="minorHAnsi"/>
          <w:i/>
          <w:iCs/>
          <w:sz w:val="16"/>
          <w:szCs w:val="16"/>
        </w:rPr>
        <w:t>dapat</w:t>
      </w:r>
      <w:proofErr w:type="spellEnd"/>
      <w:r w:rsidRPr="006B16F6">
        <w:rPr>
          <w:rFonts w:asciiTheme="minorHAnsi" w:hAnsiTheme="minorHAnsi"/>
          <w:i/>
          <w:iCs/>
          <w:sz w:val="16"/>
          <w:szCs w:val="16"/>
        </w:rPr>
        <w:t xml:space="preserve"> diisi oleh pelapor atau petugas penerima berdasarkan informasi yang disampaikan. Bagian D dan seterusnya diisi oleh LSP. Formulir berlaku untuk keluhan dari peserta, pemegang sertifikat, stakeholder, masyarakat/publik, KAN/regulator, TUK, mitra, personel, dan pihak berkepentingan lainnya.</w:t>
      </w:r>
    </w:p>
    <w:p w14:paraId="71B8E75B" w14:textId="77777777" w:rsidR="00FA6D44" w:rsidRPr="000D1D3D" w:rsidRDefault="00DD2D79" w:rsidP="000D1D3D">
      <w:pPr>
        <w:spacing w:before="120"/>
        <w:rPr>
          <w:rFonts w:asciiTheme="minorHAnsi" w:hAnsiTheme="minorHAnsi"/>
          <w:sz w:val="22"/>
        </w:rPr>
      </w:pPr>
      <w:r w:rsidRPr="000D1D3D">
        <w:rPr>
          <w:rFonts w:asciiTheme="minorHAnsi" w:hAnsiTheme="minorHAnsi"/>
          <w:b/>
          <w:sz w:val="22"/>
        </w:rPr>
        <w:t>A. IDENTITAS PELAPOR</w:t>
      </w:r>
    </w:p>
    <w:tbl>
      <w:tblPr>
        <w:tblStyle w:val="TableGrid"/>
        <w:tblW w:w="10428" w:type="dxa"/>
        <w:tblInd w:w="378" w:type="dxa"/>
        <w:tblLook w:val="04A0" w:firstRow="1" w:lastRow="0" w:firstColumn="1" w:lastColumn="0" w:noHBand="0" w:noVBand="1"/>
      </w:tblPr>
      <w:tblGrid>
        <w:gridCol w:w="5214"/>
        <w:gridCol w:w="5214"/>
      </w:tblGrid>
      <w:tr w:rsidR="00FA6D44" w:rsidRPr="000D1D3D" w14:paraId="1BEAFFCF" w14:textId="77777777" w:rsidTr="006B16F6">
        <w:trPr>
          <w:trHeight w:val="311"/>
        </w:trPr>
        <w:tc>
          <w:tcPr>
            <w:tcW w:w="5214" w:type="dxa"/>
            <w:vAlign w:val="center"/>
          </w:tcPr>
          <w:p w14:paraId="5D90893D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sz w:val="22"/>
              </w:rPr>
              <w:t xml:space="preserve">Nama 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Pelapor</w:t>
            </w:r>
            <w:proofErr w:type="spellEnd"/>
            <w:r w:rsidRPr="000D1D3D">
              <w:rPr>
                <w:rFonts w:asciiTheme="minorHAnsi" w:hAnsiTheme="minorHAnsi"/>
                <w:b/>
                <w:sz w:val="22"/>
              </w:rPr>
              <w:t>/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Organisasi</w:t>
            </w:r>
            <w:proofErr w:type="spellEnd"/>
          </w:p>
        </w:tc>
        <w:tc>
          <w:tcPr>
            <w:tcW w:w="5214" w:type="dxa"/>
            <w:vAlign w:val="center"/>
          </w:tcPr>
          <w:p w14:paraId="0CEDDAAE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FA6D44" w:rsidRPr="000D1D3D" w14:paraId="666F5A4C" w14:textId="77777777" w:rsidTr="006B16F6">
        <w:trPr>
          <w:trHeight w:val="2852"/>
        </w:trPr>
        <w:tc>
          <w:tcPr>
            <w:tcW w:w="5214" w:type="dxa"/>
            <w:vAlign w:val="center"/>
          </w:tcPr>
          <w:p w14:paraId="21645D53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Kategori</w:t>
            </w:r>
            <w:proofErr w:type="spellEnd"/>
            <w:r w:rsidRPr="000D1D3D">
              <w:rPr>
                <w:rFonts w:asciiTheme="minorHAnsi" w:hAnsiTheme="minorHAnsi"/>
                <w:b/>
                <w:sz w:val="22"/>
              </w:rPr>
              <w:t xml:space="preserve"> 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Pelapor</w:t>
            </w:r>
            <w:proofErr w:type="spellEnd"/>
          </w:p>
        </w:tc>
        <w:tc>
          <w:tcPr>
            <w:tcW w:w="5214" w:type="dxa"/>
            <w:vAlign w:val="center"/>
          </w:tcPr>
          <w:p w14:paraId="726BBB32" w14:textId="2BD86BBC" w:rsidR="000D1D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25294332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0D1D3D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0D1D3D" w:rsidRPr="006B6788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Pemohon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>/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Peserta</w:t>
            </w:r>
            <w:proofErr w:type="spellEnd"/>
          </w:p>
          <w:p w14:paraId="4E3272C3" w14:textId="77777777" w:rsidR="000D1D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172258971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0D1D3D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0D1D3D" w:rsidRPr="006B6788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Pemegang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Sertifikat</w:t>
            </w:r>
            <w:proofErr w:type="spellEnd"/>
          </w:p>
          <w:p w14:paraId="15410922" w14:textId="77777777" w:rsidR="000D1D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142784742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0D1D3D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Pelanggan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>/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Pengguna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Jasa</w:t>
            </w:r>
            <w:r w:rsidR="00DD2D79" w:rsidRPr="000D1D3D">
              <w:rPr>
                <w:rFonts w:asciiTheme="minorHAnsi" w:hAnsiTheme="minorHAnsi"/>
                <w:sz w:val="22"/>
              </w:rPr>
              <w:br/>
            </w:r>
            <w:r w:rsidR="00DD2D79" w:rsidRPr="000D1D3D">
              <w:rPr>
                <w:rFonts w:ascii="Segoe UI Symbol" w:hAnsi="Segoe UI Symbol" w:cs="Segoe UI Symbol"/>
                <w:sz w:val="22"/>
              </w:rPr>
              <w:t>☐</w:t>
            </w:r>
            <w:r w:rsidR="00DD2D79" w:rsidRPr="000D1D3D">
              <w:rPr>
                <w:rFonts w:asciiTheme="minorHAnsi" w:hAnsiTheme="minorHAnsi"/>
                <w:sz w:val="22"/>
              </w:rPr>
              <w:t xml:space="preserve"> Stakeholder/Mitra </w:t>
            </w:r>
          </w:p>
          <w:p w14:paraId="655E6C62" w14:textId="77777777" w:rsidR="000D1D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86587490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0D1D3D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Masyarakat/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Publik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</w:p>
          <w:p w14:paraId="36DD233D" w14:textId="77777777" w:rsidR="000D1D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85269282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0D1D3D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KAN  </w:t>
            </w:r>
          </w:p>
          <w:p w14:paraId="2A240F12" w14:textId="77777777" w:rsidR="000D1D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12642229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0D1D3D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0D1D3D" w:rsidRPr="006B6788">
              <w:rPr>
                <w:rFonts w:asciiTheme="minorHAnsi" w:hAnsiTheme="minorHAnsi"/>
                <w:sz w:val="22"/>
              </w:rPr>
              <w:t xml:space="preserve"> </w:t>
            </w:r>
            <w:r w:rsidR="00DD2D79" w:rsidRPr="000D1D3D">
              <w:rPr>
                <w:rFonts w:asciiTheme="minorHAnsi" w:hAnsiTheme="minorHAnsi"/>
                <w:sz w:val="22"/>
              </w:rPr>
              <w:t>Regulator/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Instansi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Pemerintah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br/>
            </w: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48292327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0D1D3D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0D1D3D" w:rsidRPr="006B6788">
              <w:rPr>
                <w:rFonts w:asciiTheme="minorHAnsi" w:hAnsiTheme="minorHAnsi"/>
                <w:sz w:val="22"/>
              </w:rPr>
              <w:t xml:space="preserve"> </w:t>
            </w:r>
            <w:r w:rsidR="00DD2D79" w:rsidRPr="000D1D3D">
              <w:rPr>
                <w:rFonts w:asciiTheme="minorHAnsi" w:hAnsiTheme="minorHAnsi"/>
                <w:sz w:val="22"/>
              </w:rPr>
              <w:t xml:space="preserve">TUK  </w:t>
            </w:r>
          </w:p>
          <w:p w14:paraId="0EA6C097" w14:textId="77777777" w:rsidR="000D1D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115442424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0D1D3D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Asesor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>/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Personel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Eksternal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 </w:t>
            </w:r>
          </w:p>
          <w:p w14:paraId="7397B0B4" w14:textId="77777777" w:rsidR="000D1D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69396752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0D1D3D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Personel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Internal  </w:t>
            </w:r>
          </w:p>
          <w:p w14:paraId="225D0AAD" w14:textId="378C0C52" w:rsidR="00FA6D44" w:rsidRPr="000D1D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27132816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0D1D3D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Lainnya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>: __________</w:t>
            </w:r>
          </w:p>
        </w:tc>
      </w:tr>
      <w:tr w:rsidR="00FA6D44" w:rsidRPr="000D1D3D" w14:paraId="6FF7A01B" w14:textId="77777777" w:rsidTr="006B16F6">
        <w:trPr>
          <w:trHeight w:val="311"/>
        </w:trPr>
        <w:tc>
          <w:tcPr>
            <w:tcW w:w="5214" w:type="dxa"/>
            <w:vAlign w:val="center"/>
          </w:tcPr>
          <w:p w14:paraId="58E81270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Jabatan</w:t>
            </w:r>
            <w:proofErr w:type="spellEnd"/>
            <w:r w:rsidRPr="000D1D3D">
              <w:rPr>
                <w:rFonts w:asciiTheme="minorHAnsi" w:hAnsiTheme="minorHAnsi"/>
                <w:b/>
                <w:sz w:val="22"/>
              </w:rPr>
              <w:t>/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Instansi</w:t>
            </w:r>
            <w:proofErr w:type="spellEnd"/>
            <w:r w:rsidRPr="000D1D3D">
              <w:rPr>
                <w:rFonts w:asciiTheme="minorHAnsi" w:hAnsiTheme="minorHAnsi"/>
                <w:b/>
                <w:sz w:val="22"/>
              </w:rPr>
              <w:t xml:space="preserve"> (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jika</w:t>
            </w:r>
            <w:proofErr w:type="spellEnd"/>
            <w:r w:rsidRPr="000D1D3D">
              <w:rPr>
                <w:rFonts w:asciiTheme="minorHAnsi" w:hAnsiTheme="minorHAnsi"/>
                <w:b/>
                <w:sz w:val="22"/>
              </w:rPr>
              <w:t xml:space="preserve"> 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ada</w:t>
            </w:r>
            <w:proofErr w:type="spellEnd"/>
            <w:r w:rsidRPr="000D1D3D">
              <w:rPr>
                <w:rFonts w:asciiTheme="minorHAnsi" w:hAnsiTheme="minorHAnsi"/>
                <w:b/>
                <w:sz w:val="22"/>
              </w:rPr>
              <w:t>)</w:t>
            </w:r>
          </w:p>
        </w:tc>
        <w:tc>
          <w:tcPr>
            <w:tcW w:w="5214" w:type="dxa"/>
            <w:vAlign w:val="center"/>
          </w:tcPr>
          <w:p w14:paraId="5A18440E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FA6D44" w:rsidRPr="000D1D3D" w14:paraId="05A603A7" w14:textId="77777777" w:rsidTr="006B16F6">
        <w:trPr>
          <w:trHeight w:val="311"/>
        </w:trPr>
        <w:tc>
          <w:tcPr>
            <w:tcW w:w="5214" w:type="dxa"/>
            <w:vAlign w:val="center"/>
          </w:tcPr>
          <w:p w14:paraId="09C60F8B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sz w:val="22"/>
              </w:rPr>
              <w:t>No. Telepon/WhatsApp</w:t>
            </w:r>
          </w:p>
        </w:tc>
        <w:tc>
          <w:tcPr>
            <w:tcW w:w="5214" w:type="dxa"/>
            <w:vAlign w:val="center"/>
          </w:tcPr>
          <w:p w14:paraId="0E4EF1FC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FA6D44" w:rsidRPr="000D1D3D" w14:paraId="2E046EB4" w14:textId="77777777" w:rsidTr="006B16F6">
        <w:trPr>
          <w:trHeight w:val="311"/>
        </w:trPr>
        <w:tc>
          <w:tcPr>
            <w:tcW w:w="5214" w:type="dxa"/>
            <w:vAlign w:val="center"/>
          </w:tcPr>
          <w:p w14:paraId="4CE6CC7F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sz w:val="22"/>
              </w:rPr>
              <w:t>Email</w:t>
            </w:r>
          </w:p>
        </w:tc>
        <w:tc>
          <w:tcPr>
            <w:tcW w:w="5214" w:type="dxa"/>
            <w:vAlign w:val="center"/>
          </w:tcPr>
          <w:p w14:paraId="4D401222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FA6D44" w:rsidRPr="000D1D3D" w14:paraId="14048C23" w14:textId="77777777" w:rsidTr="006B16F6">
        <w:trPr>
          <w:trHeight w:val="311"/>
        </w:trPr>
        <w:tc>
          <w:tcPr>
            <w:tcW w:w="5214" w:type="dxa"/>
            <w:vAlign w:val="center"/>
          </w:tcPr>
          <w:p w14:paraId="7B17CCBF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sz w:val="22"/>
              </w:rPr>
              <w:t>Alamat (bila diperlukan)</w:t>
            </w:r>
          </w:p>
        </w:tc>
        <w:tc>
          <w:tcPr>
            <w:tcW w:w="5214" w:type="dxa"/>
            <w:vAlign w:val="center"/>
          </w:tcPr>
          <w:p w14:paraId="5B16C807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33BCBDA3" w14:textId="77777777" w:rsidR="00FA6D44" w:rsidRPr="000D1D3D" w:rsidRDefault="00DD2D79" w:rsidP="006B16F6">
      <w:pPr>
        <w:spacing w:before="120"/>
        <w:rPr>
          <w:rFonts w:asciiTheme="minorHAnsi" w:hAnsiTheme="minorHAnsi"/>
          <w:sz w:val="22"/>
        </w:rPr>
      </w:pPr>
      <w:r w:rsidRPr="000D1D3D">
        <w:rPr>
          <w:rFonts w:asciiTheme="minorHAnsi" w:hAnsiTheme="minorHAnsi"/>
          <w:b/>
          <w:sz w:val="22"/>
        </w:rPr>
        <w:t>B. INFORMASI KELUHAN</w:t>
      </w:r>
    </w:p>
    <w:tbl>
      <w:tblPr>
        <w:tblStyle w:val="TableGrid"/>
        <w:tblW w:w="10420" w:type="dxa"/>
        <w:tblInd w:w="378" w:type="dxa"/>
        <w:tblLook w:val="04A0" w:firstRow="1" w:lastRow="0" w:firstColumn="1" w:lastColumn="0" w:noHBand="0" w:noVBand="1"/>
      </w:tblPr>
      <w:tblGrid>
        <w:gridCol w:w="5210"/>
        <w:gridCol w:w="5210"/>
      </w:tblGrid>
      <w:tr w:rsidR="00FA6D44" w:rsidRPr="000D1D3D" w14:paraId="7D69D5C0" w14:textId="77777777" w:rsidTr="006B16F6">
        <w:trPr>
          <w:trHeight w:val="251"/>
        </w:trPr>
        <w:tc>
          <w:tcPr>
            <w:tcW w:w="5210" w:type="dxa"/>
            <w:vAlign w:val="center"/>
          </w:tcPr>
          <w:p w14:paraId="6AC3E689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Tanggal</w:t>
            </w:r>
            <w:proofErr w:type="spellEnd"/>
            <w:r w:rsidRPr="000D1D3D">
              <w:rPr>
                <w:rFonts w:asciiTheme="minorHAnsi" w:hAnsiTheme="minorHAnsi"/>
                <w:b/>
                <w:sz w:val="22"/>
              </w:rPr>
              <w:t xml:space="preserve"> 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Kejadian</w:t>
            </w:r>
            <w:proofErr w:type="spellEnd"/>
          </w:p>
        </w:tc>
        <w:tc>
          <w:tcPr>
            <w:tcW w:w="5210" w:type="dxa"/>
            <w:vAlign w:val="center"/>
          </w:tcPr>
          <w:p w14:paraId="78700B2E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FA6D44" w:rsidRPr="000D1D3D" w14:paraId="4263FC80" w14:textId="77777777" w:rsidTr="006B16F6">
        <w:trPr>
          <w:trHeight w:val="251"/>
        </w:trPr>
        <w:tc>
          <w:tcPr>
            <w:tcW w:w="5210" w:type="dxa"/>
            <w:vAlign w:val="center"/>
          </w:tcPr>
          <w:p w14:paraId="603A1245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sz w:val="22"/>
              </w:rPr>
              <w:t>Tanggal Keluhan Disampaikan</w:t>
            </w:r>
          </w:p>
        </w:tc>
        <w:tc>
          <w:tcPr>
            <w:tcW w:w="5210" w:type="dxa"/>
            <w:vAlign w:val="center"/>
          </w:tcPr>
          <w:p w14:paraId="2EDBD415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FA6D44" w:rsidRPr="000D1D3D" w14:paraId="0E05EA17" w14:textId="77777777" w:rsidTr="006B16F6">
        <w:trPr>
          <w:trHeight w:val="560"/>
        </w:trPr>
        <w:tc>
          <w:tcPr>
            <w:tcW w:w="5210" w:type="dxa"/>
            <w:vAlign w:val="center"/>
          </w:tcPr>
          <w:p w14:paraId="10DA904C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sz w:val="22"/>
              </w:rPr>
              <w:t>Media Penyampaian</w:t>
            </w:r>
          </w:p>
        </w:tc>
        <w:tc>
          <w:tcPr>
            <w:tcW w:w="5210" w:type="dxa"/>
            <w:vAlign w:val="center"/>
          </w:tcPr>
          <w:p w14:paraId="1A58417B" w14:textId="77777777" w:rsidR="006B16F6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80721353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B16F6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6B16F6" w:rsidRPr="006B6788">
              <w:rPr>
                <w:rFonts w:asciiTheme="minorHAnsi" w:hAnsiTheme="minorHAnsi"/>
                <w:sz w:val="22"/>
              </w:rPr>
              <w:t xml:space="preserve"> </w:t>
            </w:r>
            <w:r w:rsidR="00DD2D79" w:rsidRPr="000D1D3D">
              <w:rPr>
                <w:rFonts w:asciiTheme="minorHAnsi" w:hAnsiTheme="minorHAnsi"/>
                <w:sz w:val="22"/>
              </w:rPr>
              <w:t xml:space="preserve">Email  </w:t>
            </w:r>
          </w:p>
          <w:p w14:paraId="30287BF9" w14:textId="77777777" w:rsidR="006B16F6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70193578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B16F6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Surat </w:t>
            </w:r>
          </w:p>
          <w:p w14:paraId="0CA0D2B9" w14:textId="77777777" w:rsidR="006B16F6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166315404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B16F6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Telepon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/WA  </w:t>
            </w:r>
          </w:p>
          <w:p w14:paraId="1BA48E75" w14:textId="77777777" w:rsidR="006B16F6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170802476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B16F6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Form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Elektronik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 </w:t>
            </w:r>
          </w:p>
          <w:p w14:paraId="23EA9364" w14:textId="77777777" w:rsidR="006B16F6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83411376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B16F6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Tatap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Muka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</w:p>
          <w:p w14:paraId="2BDE6643" w14:textId="18C12206" w:rsidR="00FA6D44" w:rsidRPr="000D1D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192606599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B16F6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Lainnya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>: ______</w:t>
            </w:r>
          </w:p>
        </w:tc>
      </w:tr>
      <w:tr w:rsidR="00FA6D44" w:rsidRPr="000D1D3D" w14:paraId="2137109A" w14:textId="77777777" w:rsidTr="006B16F6">
        <w:trPr>
          <w:trHeight w:val="1662"/>
        </w:trPr>
        <w:tc>
          <w:tcPr>
            <w:tcW w:w="5210" w:type="dxa"/>
            <w:vAlign w:val="center"/>
          </w:tcPr>
          <w:p w14:paraId="13F22E5A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sz w:val="22"/>
              </w:rPr>
              <w:t>Objek Keluhan</w:t>
            </w:r>
          </w:p>
        </w:tc>
        <w:tc>
          <w:tcPr>
            <w:tcW w:w="5210" w:type="dxa"/>
            <w:vAlign w:val="center"/>
          </w:tcPr>
          <w:p w14:paraId="2092FC51" w14:textId="0B95706D" w:rsidR="006B16F6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106406460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B16F6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6B16F6" w:rsidRPr="006B6788">
              <w:rPr>
                <w:rFonts w:asciiTheme="minorHAnsi" w:hAnsiTheme="minorHAnsi"/>
                <w:sz w:val="22"/>
              </w:rPr>
              <w:t xml:space="preserve"> </w:t>
            </w:r>
            <w:r w:rsidR="00DD2D79" w:rsidRPr="000D1D3D">
              <w:rPr>
                <w:rFonts w:asciiTheme="minorHAnsi" w:hAnsiTheme="minorHAnsi"/>
                <w:sz w:val="22"/>
              </w:rPr>
              <w:t xml:space="preserve">Proses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Sertifikasi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 </w:t>
            </w:r>
          </w:p>
          <w:p w14:paraId="41F0C11C" w14:textId="1484DA71" w:rsidR="006B16F6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177808786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B16F6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Pelayanan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>/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Administrasi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 </w:t>
            </w:r>
          </w:p>
          <w:p w14:paraId="7DA4B193" w14:textId="6CBBA82A" w:rsidR="006B16F6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2016806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B16F6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Personel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LSP  </w:t>
            </w:r>
          </w:p>
          <w:p w14:paraId="7550F693" w14:textId="076D9E6E" w:rsidR="006B16F6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31055496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B16F6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TUK/Mitra</w:t>
            </w:r>
            <w:r w:rsidR="00DD2D79" w:rsidRPr="000D1D3D">
              <w:rPr>
                <w:rFonts w:asciiTheme="minorHAnsi" w:hAnsiTheme="minorHAnsi"/>
                <w:sz w:val="22"/>
              </w:rPr>
              <w:br/>
            </w: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131001611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B16F6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Pemegang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Sertifikat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 </w:t>
            </w:r>
          </w:p>
          <w:p w14:paraId="13060070" w14:textId="27453F65" w:rsidR="006B16F6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202860304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B16F6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Ketidakberpihakan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>/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Kerahasiaan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 </w:t>
            </w:r>
          </w:p>
          <w:p w14:paraId="36CC9C0E" w14:textId="25C055FD" w:rsidR="006B16F6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60812867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B16F6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Sistem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LSP</w:t>
            </w:r>
            <w:r w:rsidR="00DD2D79" w:rsidRPr="000D1D3D">
              <w:rPr>
                <w:rFonts w:asciiTheme="minorHAnsi" w:hAnsiTheme="minorHAnsi"/>
                <w:sz w:val="22"/>
              </w:rPr>
              <w:br/>
            </w: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71535687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B16F6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Penggunaan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Sertifikat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/Tanda  </w:t>
            </w:r>
          </w:p>
          <w:p w14:paraId="4CE8FCCD" w14:textId="75F6785F" w:rsidR="00FA6D44" w:rsidRPr="000D1D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114909695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B16F6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Lainnya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>: __________________</w:t>
            </w:r>
          </w:p>
        </w:tc>
      </w:tr>
      <w:tr w:rsidR="00FA6D44" w:rsidRPr="000D1D3D" w14:paraId="6C51FE0E" w14:textId="77777777" w:rsidTr="006B16F6">
        <w:trPr>
          <w:trHeight w:val="251"/>
        </w:trPr>
        <w:tc>
          <w:tcPr>
            <w:tcW w:w="5210" w:type="dxa"/>
            <w:vAlign w:val="center"/>
          </w:tcPr>
          <w:p w14:paraId="5884AC66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sz w:val="22"/>
              </w:rPr>
              <w:t>Nama pihak/unit yang dikeluhkan (jika ada)</w:t>
            </w:r>
          </w:p>
        </w:tc>
        <w:tc>
          <w:tcPr>
            <w:tcW w:w="5210" w:type="dxa"/>
            <w:vAlign w:val="center"/>
          </w:tcPr>
          <w:p w14:paraId="74D6B7B1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FA6D44" w:rsidRPr="000D1D3D" w14:paraId="24D9EB8E" w14:textId="77777777" w:rsidTr="00CC173D">
        <w:trPr>
          <w:trHeight w:val="460"/>
        </w:trPr>
        <w:tc>
          <w:tcPr>
            <w:tcW w:w="5210" w:type="dxa"/>
            <w:vAlign w:val="center"/>
          </w:tcPr>
          <w:p w14:paraId="208C4990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Uraian</w:t>
            </w:r>
            <w:proofErr w:type="spellEnd"/>
            <w:r w:rsidRPr="000D1D3D">
              <w:rPr>
                <w:rFonts w:asciiTheme="minorHAnsi" w:hAnsiTheme="minorHAnsi"/>
                <w:b/>
                <w:sz w:val="22"/>
              </w:rPr>
              <w:t xml:space="preserve"> 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Keluhan</w:t>
            </w:r>
            <w:proofErr w:type="spellEnd"/>
          </w:p>
        </w:tc>
        <w:tc>
          <w:tcPr>
            <w:tcW w:w="5210" w:type="dxa"/>
            <w:vAlign w:val="center"/>
          </w:tcPr>
          <w:p w14:paraId="40EED122" w14:textId="181A15F5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FA6D44" w:rsidRPr="000D1D3D" w14:paraId="265F9104" w14:textId="77777777" w:rsidTr="00CC173D">
        <w:trPr>
          <w:trHeight w:val="532"/>
        </w:trPr>
        <w:tc>
          <w:tcPr>
            <w:tcW w:w="5210" w:type="dxa"/>
            <w:vAlign w:val="center"/>
          </w:tcPr>
          <w:p w14:paraId="572E7722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Dampak</w:t>
            </w:r>
            <w:proofErr w:type="spellEnd"/>
            <w:r w:rsidRPr="000D1D3D">
              <w:rPr>
                <w:rFonts w:asciiTheme="minorHAnsi" w:hAnsiTheme="minorHAnsi"/>
                <w:b/>
                <w:sz w:val="22"/>
              </w:rPr>
              <w:t xml:space="preserve"> yang 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Dirasakan</w:t>
            </w:r>
            <w:proofErr w:type="spellEnd"/>
            <w:r w:rsidRPr="000D1D3D">
              <w:rPr>
                <w:rFonts w:asciiTheme="minorHAnsi" w:hAnsiTheme="minorHAnsi"/>
                <w:b/>
                <w:sz w:val="22"/>
              </w:rPr>
              <w:t>/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Diketahui</w:t>
            </w:r>
            <w:proofErr w:type="spellEnd"/>
          </w:p>
        </w:tc>
        <w:tc>
          <w:tcPr>
            <w:tcW w:w="5210" w:type="dxa"/>
            <w:vAlign w:val="center"/>
          </w:tcPr>
          <w:p w14:paraId="2C9D374F" w14:textId="402975FD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FA6D44" w:rsidRPr="000D1D3D" w14:paraId="1F467D85" w14:textId="77777777" w:rsidTr="00CC173D">
        <w:trPr>
          <w:trHeight w:val="523"/>
        </w:trPr>
        <w:tc>
          <w:tcPr>
            <w:tcW w:w="5210" w:type="dxa"/>
            <w:vAlign w:val="center"/>
          </w:tcPr>
          <w:p w14:paraId="3B4B0C96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Tanggapan</w:t>
            </w:r>
            <w:proofErr w:type="spellEnd"/>
            <w:r w:rsidRPr="000D1D3D">
              <w:rPr>
                <w:rFonts w:asciiTheme="minorHAnsi" w:hAnsiTheme="minorHAnsi"/>
                <w:b/>
                <w:sz w:val="22"/>
              </w:rPr>
              <w:t>/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Penyelesaian</w:t>
            </w:r>
            <w:proofErr w:type="spellEnd"/>
            <w:r w:rsidRPr="000D1D3D">
              <w:rPr>
                <w:rFonts w:asciiTheme="minorHAnsi" w:hAnsiTheme="minorHAnsi"/>
                <w:b/>
                <w:sz w:val="22"/>
              </w:rPr>
              <w:t xml:space="preserve"> yang 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Diharapkan</w:t>
            </w:r>
            <w:proofErr w:type="spellEnd"/>
          </w:p>
        </w:tc>
        <w:tc>
          <w:tcPr>
            <w:tcW w:w="5210" w:type="dxa"/>
            <w:vAlign w:val="center"/>
          </w:tcPr>
          <w:p w14:paraId="492EB0EE" w14:textId="4D26C3A9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585CB346" w14:textId="77777777" w:rsidR="00CC173D" w:rsidRDefault="00CC173D">
      <w:pPr>
        <w:rPr>
          <w:rFonts w:asciiTheme="minorHAnsi" w:hAnsiTheme="minorHAnsi"/>
          <w:b/>
          <w:sz w:val="22"/>
        </w:rPr>
      </w:pPr>
    </w:p>
    <w:p w14:paraId="6E4A0FBC" w14:textId="3D43428B" w:rsidR="00FA6D44" w:rsidRPr="000D1D3D" w:rsidRDefault="00DD2D79">
      <w:pPr>
        <w:rPr>
          <w:rFonts w:asciiTheme="minorHAnsi" w:hAnsiTheme="minorHAnsi"/>
          <w:sz w:val="22"/>
        </w:rPr>
      </w:pPr>
      <w:r w:rsidRPr="000D1D3D">
        <w:rPr>
          <w:rFonts w:asciiTheme="minorHAnsi" w:hAnsiTheme="minorHAnsi"/>
          <w:b/>
          <w:sz w:val="22"/>
        </w:rPr>
        <w:lastRenderedPageBreak/>
        <w:t>C. BUKTI PENDUKUNG</w:t>
      </w:r>
    </w:p>
    <w:tbl>
      <w:tblPr>
        <w:tblStyle w:val="TableGrid"/>
        <w:tblW w:w="10440" w:type="dxa"/>
        <w:tblInd w:w="378" w:type="dxa"/>
        <w:tblLook w:val="04A0" w:firstRow="1" w:lastRow="0" w:firstColumn="1" w:lastColumn="0" w:noHBand="0" w:noVBand="1"/>
      </w:tblPr>
      <w:tblGrid>
        <w:gridCol w:w="648"/>
        <w:gridCol w:w="4572"/>
        <w:gridCol w:w="2677"/>
        <w:gridCol w:w="2543"/>
      </w:tblGrid>
      <w:tr w:rsidR="00FA6D44" w:rsidRPr="000D1D3D" w14:paraId="632C46C3" w14:textId="77777777" w:rsidTr="00CC173D">
        <w:tc>
          <w:tcPr>
            <w:tcW w:w="648" w:type="dxa"/>
            <w:shd w:val="clear" w:color="auto" w:fill="5B9BD5"/>
            <w:vAlign w:val="center"/>
          </w:tcPr>
          <w:p w14:paraId="2A4A96E2" w14:textId="77777777" w:rsidR="00FA6D44" w:rsidRPr="000D1D3D" w:rsidRDefault="00DD2D79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color w:val="FFFFFF"/>
                <w:sz w:val="22"/>
              </w:rPr>
              <w:t>No.</w:t>
            </w:r>
          </w:p>
        </w:tc>
        <w:tc>
          <w:tcPr>
            <w:tcW w:w="4572" w:type="dxa"/>
            <w:shd w:val="clear" w:color="auto" w:fill="5B9BD5"/>
            <w:vAlign w:val="center"/>
          </w:tcPr>
          <w:p w14:paraId="0A8B320C" w14:textId="77777777" w:rsidR="00FA6D44" w:rsidRPr="000D1D3D" w:rsidRDefault="00DD2D79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color w:val="FFFFFF"/>
                <w:sz w:val="22"/>
              </w:rPr>
              <w:t>Jenis Bukti/Dokumen</w:t>
            </w:r>
          </w:p>
        </w:tc>
        <w:tc>
          <w:tcPr>
            <w:tcW w:w="2677" w:type="dxa"/>
            <w:shd w:val="clear" w:color="auto" w:fill="5B9BD5"/>
            <w:vAlign w:val="center"/>
          </w:tcPr>
          <w:p w14:paraId="190BB6F3" w14:textId="77777777" w:rsidR="00FA6D44" w:rsidRPr="000D1D3D" w:rsidRDefault="00DD2D79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color w:val="FFFFFF"/>
                <w:sz w:val="22"/>
              </w:rPr>
              <w:t>Nomor/Tanggal</w:t>
            </w:r>
          </w:p>
        </w:tc>
        <w:tc>
          <w:tcPr>
            <w:tcW w:w="2543" w:type="dxa"/>
            <w:shd w:val="clear" w:color="auto" w:fill="5B9BD5"/>
            <w:vAlign w:val="center"/>
          </w:tcPr>
          <w:p w14:paraId="717651C8" w14:textId="77777777" w:rsidR="00FA6D44" w:rsidRPr="000D1D3D" w:rsidRDefault="00DD2D79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color w:val="FFFFFF"/>
                <w:sz w:val="22"/>
              </w:rPr>
              <w:t>Keterangan</w:t>
            </w:r>
          </w:p>
        </w:tc>
      </w:tr>
      <w:tr w:rsidR="00FA6D44" w:rsidRPr="000D1D3D" w14:paraId="02057283" w14:textId="77777777" w:rsidTr="00CC173D">
        <w:tc>
          <w:tcPr>
            <w:tcW w:w="648" w:type="dxa"/>
            <w:vAlign w:val="center"/>
          </w:tcPr>
          <w:p w14:paraId="34A39044" w14:textId="77777777" w:rsidR="00FA6D44" w:rsidRPr="000D1D3D" w:rsidRDefault="00DD2D79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sz w:val="22"/>
              </w:rPr>
              <w:t>1</w:t>
            </w:r>
          </w:p>
        </w:tc>
        <w:tc>
          <w:tcPr>
            <w:tcW w:w="4572" w:type="dxa"/>
            <w:vAlign w:val="center"/>
          </w:tcPr>
          <w:p w14:paraId="01E249FD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2677" w:type="dxa"/>
            <w:vAlign w:val="center"/>
          </w:tcPr>
          <w:p w14:paraId="613D14BF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2543" w:type="dxa"/>
            <w:vAlign w:val="center"/>
          </w:tcPr>
          <w:p w14:paraId="7F51D92C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FA6D44" w:rsidRPr="000D1D3D" w14:paraId="7F4083F8" w14:textId="77777777" w:rsidTr="00CC173D">
        <w:tc>
          <w:tcPr>
            <w:tcW w:w="648" w:type="dxa"/>
            <w:vAlign w:val="center"/>
          </w:tcPr>
          <w:p w14:paraId="2606B314" w14:textId="77777777" w:rsidR="00FA6D44" w:rsidRPr="000D1D3D" w:rsidRDefault="00DD2D79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sz w:val="22"/>
              </w:rPr>
              <w:t>2</w:t>
            </w:r>
          </w:p>
        </w:tc>
        <w:tc>
          <w:tcPr>
            <w:tcW w:w="4572" w:type="dxa"/>
            <w:vAlign w:val="center"/>
          </w:tcPr>
          <w:p w14:paraId="6A10D58A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2677" w:type="dxa"/>
            <w:vAlign w:val="center"/>
          </w:tcPr>
          <w:p w14:paraId="22DD06B8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2543" w:type="dxa"/>
            <w:vAlign w:val="center"/>
          </w:tcPr>
          <w:p w14:paraId="145796CA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FA6D44" w:rsidRPr="000D1D3D" w14:paraId="2A0F9B82" w14:textId="77777777" w:rsidTr="00CC173D">
        <w:tc>
          <w:tcPr>
            <w:tcW w:w="648" w:type="dxa"/>
            <w:vAlign w:val="center"/>
          </w:tcPr>
          <w:p w14:paraId="6913B0F6" w14:textId="77777777" w:rsidR="00FA6D44" w:rsidRPr="000D1D3D" w:rsidRDefault="00DD2D79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sz w:val="22"/>
              </w:rPr>
              <w:t>3</w:t>
            </w:r>
          </w:p>
        </w:tc>
        <w:tc>
          <w:tcPr>
            <w:tcW w:w="4572" w:type="dxa"/>
            <w:vAlign w:val="center"/>
          </w:tcPr>
          <w:p w14:paraId="3378AE8D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2677" w:type="dxa"/>
            <w:vAlign w:val="center"/>
          </w:tcPr>
          <w:p w14:paraId="37CD2141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2543" w:type="dxa"/>
            <w:vAlign w:val="center"/>
          </w:tcPr>
          <w:p w14:paraId="53817FC5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FA6D44" w:rsidRPr="000D1D3D" w14:paraId="7A007CE3" w14:textId="77777777" w:rsidTr="00CC173D">
        <w:tc>
          <w:tcPr>
            <w:tcW w:w="648" w:type="dxa"/>
            <w:vAlign w:val="center"/>
          </w:tcPr>
          <w:p w14:paraId="33CD9621" w14:textId="77777777" w:rsidR="00FA6D44" w:rsidRPr="000D1D3D" w:rsidRDefault="00DD2D79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sz w:val="22"/>
              </w:rPr>
              <w:t>4</w:t>
            </w:r>
          </w:p>
        </w:tc>
        <w:tc>
          <w:tcPr>
            <w:tcW w:w="4572" w:type="dxa"/>
            <w:vAlign w:val="center"/>
          </w:tcPr>
          <w:p w14:paraId="710549E6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2677" w:type="dxa"/>
            <w:vAlign w:val="center"/>
          </w:tcPr>
          <w:p w14:paraId="72F0FB8E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2543" w:type="dxa"/>
            <w:vAlign w:val="center"/>
          </w:tcPr>
          <w:p w14:paraId="21EF724B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FA6D44" w:rsidRPr="000D1D3D" w14:paraId="517F257E" w14:textId="77777777" w:rsidTr="00CC173D">
        <w:tc>
          <w:tcPr>
            <w:tcW w:w="5220" w:type="dxa"/>
            <w:gridSpan w:val="2"/>
            <w:vAlign w:val="center"/>
          </w:tcPr>
          <w:p w14:paraId="7FC401E7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Pernyataan</w:t>
            </w:r>
            <w:proofErr w:type="spellEnd"/>
            <w:r w:rsidRPr="000D1D3D">
              <w:rPr>
                <w:rFonts w:asciiTheme="minorHAnsi" w:hAnsiTheme="minorHAnsi"/>
                <w:b/>
                <w:sz w:val="22"/>
              </w:rPr>
              <w:t xml:space="preserve"> 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Pelapor</w:t>
            </w:r>
            <w:proofErr w:type="spellEnd"/>
          </w:p>
        </w:tc>
        <w:tc>
          <w:tcPr>
            <w:tcW w:w="5220" w:type="dxa"/>
            <w:gridSpan w:val="2"/>
            <w:vAlign w:val="center"/>
          </w:tcPr>
          <w:p w14:paraId="1D89FB6C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sz w:val="22"/>
              </w:rPr>
              <w:t>Saya menyatakan informasi yang disampaikan benar sesuai pengetahuan saya dan bersedia memberikan klarifikasi tambahan bila diperlukan.</w:t>
            </w:r>
          </w:p>
        </w:tc>
      </w:tr>
      <w:tr w:rsidR="00FA6D44" w:rsidRPr="000D1D3D" w14:paraId="3B3379B0" w14:textId="77777777" w:rsidTr="00CC173D">
        <w:trPr>
          <w:trHeight w:val="1081"/>
        </w:trPr>
        <w:tc>
          <w:tcPr>
            <w:tcW w:w="5220" w:type="dxa"/>
            <w:gridSpan w:val="2"/>
            <w:vAlign w:val="center"/>
          </w:tcPr>
          <w:p w14:paraId="15CE22A6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sz w:val="22"/>
              </w:rPr>
              <w:t>Nama/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Tanggal</w:t>
            </w:r>
            <w:proofErr w:type="spellEnd"/>
            <w:r w:rsidRPr="000D1D3D">
              <w:rPr>
                <w:rFonts w:asciiTheme="minorHAnsi" w:hAnsiTheme="minorHAnsi"/>
                <w:b/>
                <w:sz w:val="22"/>
              </w:rPr>
              <w:t>/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Validasi</w:t>
            </w:r>
            <w:proofErr w:type="spellEnd"/>
            <w:r w:rsidRPr="000D1D3D">
              <w:rPr>
                <w:rFonts w:asciiTheme="minorHAnsi" w:hAnsiTheme="minorHAnsi"/>
                <w:b/>
                <w:sz w:val="22"/>
              </w:rPr>
              <w:t xml:space="preserve"> 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Pelapor</w:t>
            </w:r>
            <w:proofErr w:type="spellEnd"/>
          </w:p>
        </w:tc>
        <w:tc>
          <w:tcPr>
            <w:tcW w:w="5220" w:type="dxa"/>
            <w:gridSpan w:val="2"/>
            <w:vAlign w:val="center"/>
          </w:tcPr>
          <w:p w14:paraId="201405E9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sz w:val="22"/>
              </w:rPr>
              <w:t>Nama: _________________</w:t>
            </w:r>
            <w:proofErr w:type="gramStart"/>
            <w:r w:rsidRPr="000D1D3D">
              <w:rPr>
                <w:rFonts w:asciiTheme="minorHAnsi" w:hAnsiTheme="minorHAnsi"/>
                <w:sz w:val="22"/>
              </w:rPr>
              <w:t>_  Tanggal</w:t>
            </w:r>
            <w:proofErr w:type="gramEnd"/>
            <w:r w:rsidRPr="000D1D3D">
              <w:rPr>
                <w:rFonts w:asciiTheme="minorHAnsi" w:hAnsiTheme="minorHAnsi"/>
                <w:sz w:val="22"/>
              </w:rPr>
              <w:t>: __________  Tanda tangan/validasi: __________________</w:t>
            </w:r>
          </w:p>
        </w:tc>
      </w:tr>
    </w:tbl>
    <w:p w14:paraId="40D017B3" w14:textId="349CE2D3" w:rsidR="00FA6D44" w:rsidRPr="000D1D3D" w:rsidRDefault="00FA6D44">
      <w:pPr>
        <w:rPr>
          <w:rFonts w:asciiTheme="minorHAnsi" w:hAnsiTheme="minorHAnsi"/>
          <w:sz w:val="22"/>
        </w:rPr>
      </w:pPr>
    </w:p>
    <w:p w14:paraId="0A2A01CD" w14:textId="77777777" w:rsidR="00FA6D44" w:rsidRPr="000D1D3D" w:rsidRDefault="00DD2D79">
      <w:pPr>
        <w:rPr>
          <w:rFonts w:asciiTheme="minorHAnsi" w:hAnsiTheme="minorHAnsi"/>
          <w:sz w:val="22"/>
        </w:rPr>
      </w:pPr>
      <w:r w:rsidRPr="000D1D3D">
        <w:rPr>
          <w:rFonts w:asciiTheme="minorHAnsi" w:hAnsiTheme="minorHAnsi"/>
          <w:b/>
          <w:sz w:val="22"/>
        </w:rPr>
        <w:t>D. PENERIMAAN DAN REGISTRASI LSP</w:t>
      </w:r>
    </w:p>
    <w:tbl>
      <w:tblPr>
        <w:tblStyle w:val="TableGrid"/>
        <w:tblW w:w="10440" w:type="dxa"/>
        <w:tblInd w:w="378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FA6D44" w:rsidRPr="000D1D3D" w14:paraId="37F97283" w14:textId="77777777" w:rsidTr="00CC173D">
        <w:tc>
          <w:tcPr>
            <w:tcW w:w="5220" w:type="dxa"/>
            <w:vAlign w:val="center"/>
          </w:tcPr>
          <w:p w14:paraId="0893CBCD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Nomor</w:t>
            </w:r>
            <w:proofErr w:type="spellEnd"/>
            <w:r w:rsidRPr="000D1D3D">
              <w:rPr>
                <w:rFonts w:asciiTheme="minorHAnsi" w:hAnsiTheme="minorHAnsi"/>
                <w:b/>
                <w:sz w:val="22"/>
              </w:rPr>
              <w:t xml:space="preserve"> Register 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Keluhan</w:t>
            </w:r>
            <w:proofErr w:type="spellEnd"/>
          </w:p>
        </w:tc>
        <w:tc>
          <w:tcPr>
            <w:tcW w:w="5220" w:type="dxa"/>
            <w:vAlign w:val="center"/>
          </w:tcPr>
          <w:p w14:paraId="28FE1F09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FA6D44" w:rsidRPr="000D1D3D" w14:paraId="5D17607D" w14:textId="77777777" w:rsidTr="00CC173D">
        <w:tc>
          <w:tcPr>
            <w:tcW w:w="5220" w:type="dxa"/>
            <w:vAlign w:val="center"/>
          </w:tcPr>
          <w:p w14:paraId="77AAE80C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sz w:val="22"/>
              </w:rPr>
              <w:t>Tanggal/Jam Diterima</w:t>
            </w:r>
          </w:p>
        </w:tc>
        <w:tc>
          <w:tcPr>
            <w:tcW w:w="5220" w:type="dxa"/>
            <w:vAlign w:val="center"/>
          </w:tcPr>
          <w:p w14:paraId="72951A1B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FA6D44" w:rsidRPr="000D1D3D" w14:paraId="5D6103A8" w14:textId="77777777" w:rsidTr="00CC173D">
        <w:tc>
          <w:tcPr>
            <w:tcW w:w="5220" w:type="dxa"/>
            <w:vAlign w:val="center"/>
          </w:tcPr>
          <w:p w14:paraId="64DD7DCA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sz w:val="22"/>
              </w:rPr>
              <w:t>Diterima Oleh</w:t>
            </w:r>
          </w:p>
        </w:tc>
        <w:tc>
          <w:tcPr>
            <w:tcW w:w="5220" w:type="dxa"/>
            <w:vAlign w:val="center"/>
          </w:tcPr>
          <w:p w14:paraId="202F9B2E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FA6D44" w:rsidRPr="000D1D3D" w14:paraId="0F864CAB" w14:textId="77777777" w:rsidTr="00CC173D">
        <w:tc>
          <w:tcPr>
            <w:tcW w:w="5220" w:type="dxa"/>
            <w:vAlign w:val="center"/>
          </w:tcPr>
          <w:p w14:paraId="6DD63CF7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sz w:val="22"/>
              </w:rPr>
              <w:t>Konfirmasi Penerimaan</w:t>
            </w:r>
          </w:p>
        </w:tc>
        <w:tc>
          <w:tcPr>
            <w:tcW w:w="5220" w:type="dxa"/>
            <w:vAlign w:val="center"/>
          </w:tcPr>
          <w:p w14:paraId="71F81DAC" w14:textId="5277B8AA" w:rsidR="00CC17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108159089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C173D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CC173D" w:rsidRPr="006B6788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Sudah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,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tanggal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: ________  </w:t>
            </w:r>
          </w:p>
          <w:p w14:paraId="30F0CF9D" w14:textId="77777777" w:rsidR="00CC17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18340630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C173D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Belum  </w:t>
            </w:r>
          </w:p>
          <w:p w14:paraId="4EEDB003" w14:textId="236E7403" w:rsidR="00FA6D44" w:rsidRPr="000D1D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1022448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C173D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Tidak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dapat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dilakukan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(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anonim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>/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tidak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ada kontak)</w:t>
            </w:r>
          </w:p>
        </w:tc>
      </w:tr>
      <w:tr w:rsidR="00FA6D44" w:rsidRPr="000D1D3D" w14:paraId="182A26D5" w14:textId="77777777" w:rsidTr="00CC173D">
        <w:tc>
          <w:tcPr>
            <w:tcW w:w="5220" w:type="dxa"/>
            <w:vAlign w:val="center"/>
          </w:tcPr>
          <w:p w14:paraId="2E37ECFA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sz w:val="22"/>
              </w:rPr>
              <w:t>Sumber Keluhan</w:t>
            </w:r>
          </w:p>
        </w:tc>
        <w:tc>
          <w:tcPr>
            <w:tcW w:w="5220" w:type="dxa"/>
            <w:vAlign w:val="center"/>
          </w:tcPr>
          <w:p w14:paraId="6061E9BD" w14:textId="36E72BA8" w:rsidR="00CC17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980564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C173D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Peserta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>/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Pemohon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</w:p>
          <w:p w14:paraId="4E5064C9" w14:textId="77777777" w:rsidR="00CC17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84763282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C173D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Pemegang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Sertifikat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</w:p>
          <w:p w14:paraId="0E023615" w14:textId="77777777" w:rsidR="00CC17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162885176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C173D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Stakeholder/Mitra </w:t>
            </w:r>
            <w:r w:rsidR="00DD2D79" w:rsidRPr="000D1D3D">
              <w:rPr>
                <w:rFonts w:ascii="Segoe UI Symbol" w:hAnsi="Segoe UI Symbol" w:cs="Segoe UI Symbol"/>
                <w:sz w:val="22"/>
              </w:rPr>
              <w:t>☐</w:t>
            </w:r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Publik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br/>
            </w: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34994814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C173D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CC173D" w:rsidRPr="006B6788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CC173D" w:rsidRPr="006B6788">
              <w:rPr>
                <w:rFonts w:asciiTheme="minorHAnsi" w:hAnsiTheme="minorHAnsi"/>
                <w:sz w:val="22"/>
              </w:rPr>
              <w:t>Ya</w:t>
            </w:r>
            <w:proofErr w:type="spellEnd"/>
            <w:r w:rsidR="00CC173D" w:rsidRPr="006B6788">
              <w:rPr>
                <w:rFonts w:asciiTheme="minorHAnsi" w:hAnsiTheme="minorHAnsi"/>
                <w:sz w:val="22"/>
              </w:rPr>
              <w:t xml:space="preserve">  </w:t>
            </w:r>
          </w:p>
          <w:p w14:paraId="08F3491F" w14:textId="77777777" w:rsidR="00CC17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33060205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C173D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CC173D" w:rsidRPr="006B6788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CC173D" w:rsidRPr="006B6788">
              <w:rPr>
                <w:rFonts w:asciiTheme="minorHAnsi" w:hAnsiTheme="minorHAnsi"/>
                <w:sz w:val="22"/>
              </w:rPr>
              <w:t>Tidak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KAN </w:t>
            </w:r>
          </w:p>
          <w:p w14:paraId="19B25A57" w14:textId="77777777" w:rsidR="00CC17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42765675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C173D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CC173D" w:rsidRPr="000D1D3D">
              <w:rPr>
                <w:rFonts w:asciiTheme="minorHAnsi" w:hAnsiTheme="minorHAnsi"/>
                <w:sz w:val="22"/>
              </w:rPr>
              <w:t xml:space="preserve"> </w:t>
            </w:r>
            <w:r w:rsidR="00DD2D79" w:rsidRPr="000D1D3D">
              <w:rPr>
                <w:rFonts w:asciiTheme="minorHAnsi" w:hAnsiTheme="minorHAnsi"/>
                <w:sz w:val="22"/>
              </w:rPr>
              <w:t xml:space="preserve">Regulator </w:t>
            </w:r>
          </w:p>
          <w:p w14:paraId="0B206AAD" w14:textId="77777777" w:rsidR="00CC17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192540821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C173D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TUK </w:t>
            </w:r>
          </w:p>
          <w:p w14:paraId="0F92A295" w14:textId="77777777" w:rsidR="00CC17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43197177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C173D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Internal </w:t>
            </w:r>
          </w:p>
          <w:p w14:paraId="328AF6C8" w14:textId="5BE2DCE6" w:rsidR="00FA6D44" w:rsidRPr="000D1D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21355103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C173D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Lainnya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>: ______</w:t>
            </w:r>
          </w:p>
        </w:tc>
      </w:tr>
    </w:tbl>
    <w:p w14:paraId="24207A7E" w14:textId="77777777" w:rsidR="00FA6D44" w:rsidRPr="000D1D3D" w:rsidRDefault="00DD2D79" w:rsidP="00CC173D">
      <w:pPr>
        <w:spacing w:before="120"/>
        <w:rPr>
          <w:rFonts w:asciiTheme="minorHAnsi" w:hAnsiTheme="minorHAnsi"/>
          <w:sz w:val="22"/>
        </w:rPr>
      </w:pPr>
      <w:r w:rsidRPr="000D1D3D">
        <w:rPr>
          <w:rFonts w:asciiTheme="minorHAnsi" w:hAnsiTheme="minorHAnsi"/>
          <w:b/>
          <w:sz w:val="22"/>
        </w:rPr>
        <w:t>E. VALIDASI, KLASIFIKASI DAN PRIORITAS</w:t>
      </w:r>
    </w:p>
    <w:tbl>
      <w:tblPr>
        <w:tblStyle w:val="TableGrid"/>
        <w:tblW w:w="10440" w:type="dxa"/>
        <w:tblInd w:w="378" w:type="dxa"/>
        <w:tblLook w:val="04A0" w:firstRow="1" w:lastRow="0" w:firstColumn="1" w:lastColumn="0" w:noHBand="0" w:noVBand="1"/>
      </w:tblPr>
      <w:tblGrid>
        <w:gridCol w:w="542"/>
        <w:gridCol w:w="4678"/>
        <w:gridCol w:w="1710"/>
        <w:gridCol w:w="3510"/>
      </w:tblGrid>
      <w:tr w:rsidR="00FA6D44" w:rsidRPr="000D1D3D" w14:paraId="2FDF20B9" w14:textId="77777777" w:rsidTr="00CC173D">
        <w:tc>
          <w:tcPr>
            <w:tcW w:w="542" w:type="dxa"/>
            <w:shd w:val="clear" w:color="auto" w:fill="5B9BD5"/>
            <w:vAlign w:val="center"/>
          </w:tcPr>
          <w:p w14:paraId="0D0807B2" w14:textId="77777777" w:rsidR="00FA6D44" w:rsidRPr="000D1D3D" w:rsidRDefault="00DD2D79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color w:val="FFFFFF"/>
                <w:sz w:val="22"/>
              </w:rPr>
              <w:t>No.</w:t>
            </w:r>
          </w:p>
        </w:tc>
        <w:tc>
          <w:tcPr>
            <w:tcW w:w="4678" w:type="dxa"/>
            <w:shd w:val="clear" w:color="auto" w:fill="5B9BD5"/>
            <w:vAlign w:val="center"/>
          </w:tcPr>
          <w:p w14:paraId="081BFBED" w14:textId="77777777" w:rsidR="00FA6D44" w:rsidRPr="000D1D3D" w:rsidRDefault="00DD2D79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color w:val="FFFFFF"/>
                <w:sz w:val="22"/>
              </w:rPr>
              <w:t>Kriteria</w:t>
            </w:r>
          </w:p>
        </w:tc>
        <w:tc>
          <w:tcPr>
            <w:tcW w:w="1710" w:type="dxa"/>
            <w:shd w:val="clear" w:color="auto" w:fill="5B9BD5"/>
            <w:vAlign w:val="center"/>
          </w:tcPr>
          <w:p w14:paraId="349C78C8" w14:textId="77777777" w:rsidR="00FA6D44" w:rsidRPr="000D1D3D" w:rsidRDefault="00DD2D79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color w:val="FFFFFF"/>
                <w:sz w:val="22"/>
              </w:rPr>
              <w:t>Hasil</w:t>
            </w:r>
          </w:p>
        </w:tc>
        <w:tc>
          <w:tcPr>
            <w:tcW w:w="3510" w:type="dxa"/>
            <w:shd w:val="clear" w:color="auto" w:fill="5B9BD5"/>
            <w:vAlign w:val="center"/>
          </w:tcPr>
          <w:p w14:paraId="71D267A5" w14:textId="77777777" w:rsidR="00FA6D44" w:rsidRPr="000D1D3D" w:rsidRDefault="00DD2D79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color w:val="FFFFFF"/>
                <w:sz w:val="22"/>
              </w:rPr>
              <w:t>Catatan</w:t>
            </w:r>
          </w:p>
        </w:tc>
      </w:tr>
      <w:tr w:rsidR="00FA6D44" w:rsidRPr="000D1D3D" w14:paraId="02CD18C8" w14:textId="77777777" w:rsidTr="00CC173D">
        <w:tc>
          <w:tcPr>
            <w:tcW w:w="542" w:type="dxa"/>
            <w:vAlign w:val="center"/>
          </w:tcPr>
          <w:p w14:paraId="1DF735BF" w14:textId="77777777" w:rsidR="00FA6D44" w:rsidRPr="000D1D3D" w:rsidRDefault="00DD2D79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sz w:val="22"/>
              </w:rPr>
              <w:t>1</w:t>
            </w:r>
          </w:p>
        </w:tc>
        <w:tc>
          <w:tcPr>
            <w:tcW w:w="4678" w:type="dxa"/>
            <w:vAlign w:val="center"/>
          </w:tcPr>
          <w:p w14:paraId="2FD5A060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sz w:val="22"/>
              </w:rPr>
              <w:t>Berkaitan dengan kegiatan/tanggung jawab LSP atau pemegang sertifikat</w:t>
            </w:r>
          </w:p>
        </w:tc>
        <w:tc>
          <w:tcPr>
            <w:tcW w:w="1710" w:type="dxa"/>
            <w:vAlign w:val="center"/>
          </w:tcPr>
          <w:p w14:paraId="3176615C" w14:textId="26D10AA9" w:rsidR="00FA6D44" w:rsidRPr="000D1D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155442640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C173D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CC173D" w:rsidRPr="006B6788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CC173D" w:rsidRPr="006B6788">
              <w:rPr>
                <w:rFonts w:asciiTheme="minorHAnsi" w:hAnsiTheme="minorHAnsi"/>
                <w:sz w:val="22"/>
              </w:rPr>
              <w:t>Ya</w:t>
            </w:r>
            <w:proofErr w:type="spellEnd"/>
            <w:r w:rsidR="00CC173D" w:rsidRPr="006B6788">
              <w:rPr>
                <w:rFonts w:asciiTheme="minorHAnsi" w:hAnsiTheme="minorHAnsi"/>
                <w:sz w:val="22"/>
              </w:rPr>
              <w:t xml:space="preserve">   </w:t>
            </w: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37832362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C173D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CC173D" w:rsidRPr="006B6788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CC173D" w:rsidRPr="006B6788">
              <w:rPr>
                <w:rFonts w:asciiTheme="minorHAnsi" w:hAnsiTheme="minorHAnsi"/>
                <w:sz w:val="22"/>
              </w:rPr>
              <w:t>Tidak</w:t>
            </w:r>
            <w:proofErr w:type="spellEnd"/>
          </w:p>
        </w:tc>
        <w:tc>
          <w:tcPr>
            <w:tcW w:w="3510" w:type="dxa"/>
            <w:vAlign w:val="center"/>
          </w:tcPr>
          <w:p w14:paraId="2581E223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FA6D44" w:rsidRPr="000D1D3D" w14:paraId="05FF1F16" w14:textId="77777777" w:rsidTr="00CC173D">
        <w:tc>
          <w:tcPr>
            <w:tcW w:w="542" w:type="dxa"/>
            <w:vAlign w:val="center"/>
          </w:tcPr>
          <w:p w14:paraId="113C6FC0" w14:textId="77777777" w:rsidR="00FA6D44" w:rsidRPr="000D1D3D" w:rsidRDefault="00DD2D79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sz w:val="22"/>
              </w:rPr>
              <w:t>2</w:t>
            </w:r>
          </w:p>
        </w:tc>
        <w:tc>
          <w:tcPr>
            <w:tcW w:w="4678" w:type="dxa"/>
            <w:vAlign w:val="center"/>
          </w:tcPr>
          <w:p w14:paraId="5697C9FB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sz w:val="22"/>
              </w:rPr>
              <w:t>Substansi bukan permintaan peninjauan kembali keputusan sertifikasi (banding)</w:t>
            </w:r>
          </w:p>
        </w:tc>
        <w:tc>
          <w:tcPr>
            <w:tcW w:w="1710" w:type="dxa"/>
            <w:vAlign w:val="center"/>
          </w:tcPr>
          <w:p w14:paraId="182C79A1" w14:textId="600DA763" w:rsidR="00FA6D44" w:rsidRPr="000D1D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58045788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C173D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CC173D" w:rsidRPr="006B6788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CC173D" w:rsidRPr="006B6788">
              <w:rPr>
                <w:rFonts w:asciiTheme="minorHAnsi" w:hAnsiTheme="minorHAnsi"/>
                <w:sz w:val="22"/>
              </w:rPr>
              <w:t>Ya</w:t>
            </w:r>
            <w:proofErr w:type="spellEnd"/>
            <w:r w:rsidR="00CC173D" w:rsidRPr="006B6788">
              <w:rPr>
                <w:rFonts w:asciiTheme="minorHAnsi" w:hAnsiTheme="minorHAnsi"/>
                <w:sz w:val="22"/>
              </w:rPr>
              <w:t xml:space="preserve">   </w:t>
            </w: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156983875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C173D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CC173D" w:rsidRPr="006B6788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CC173D" w:rsidRPr="006B6788">
              <w:rPr>
                <w:rFonts w:asciiTheme="minorHAnsi" w:hAnsiTheme="minorHAnsi"/>
                <w:sz w:val="22"/>
              </w:rPr>
              <w:t>Tidak</w:t>
            </w:r>
            <w:proofErr w:type="spellEnd"/>
          </w:p>
        </w:tc>
        <w:tc>
          <w:tcPr>
            <w:tcW w:w="3510" w:type="dxa"/>
            <w:vAlign w:val="center"/>
          </w:tcPr>
          <w:p w14:paraId="7D42C7FD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FA6D44" w:rsidRPr="000D1D3D" w14:paraId="2D8784BB" w14:textId="77777777" w:rsidTr="00CC173D">
        <w:trPr>
          <w:trHeight w:val="478"/>
        </w:trPr>
        <w:tc>
          <w:tcPr>
            <w:tcW w:w="542" w:type="dxa"/>
            <w:vAlign w:val="center"/>
          </w:tcPr>
          <w:p w14:paraId="2758514E" w14:textId="77777777" w:rsidR="00FA6D44" w:rsidRPr="000D1D3D" w:rsidRDefault="00DD2D79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sz w:val="22"/>
              </w:rPr>
              <w:t>3</w:t>
            </w:r>
          </w:p>
        </w:tc>
        <w:tc>
          <w:tcPr>
            <w:tcW w:w="4678" w:type="dxa"/>
            <w:vAlign w:val="center"/>
          </w:tcPr>
          <w:p w14:paraId="0233EDAA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sz w:val="22"/>
              </w:rPr>
              <w:t>Informasi/pokok keluhan dapat diidentifikasi</w:t>
            </w:r>
          </w:p>
        </w:tc>
        <w:tc>
          <w:tcPr>
            <w:tcW w:w="1710" w:type="dxa"/>
            <w:vAlign w:val="center"/>
          </w:tcPr>
          <w:p w14:paraId="1D313B72" w14:textId="36B8CD96" w:rsidR="00FA6D44" w:rsidRPr="000D1D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5270374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C173D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CC173D" w:rsidRPr="006B6788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CC173D" w:rsidRPr="006B6788">
              <w:rPr>
                <w:rFonts w:asciiTheme="minorHAnsi" w:hAnsiTheme="minorHAnsi"/>
                <w:sz w:val="22"/>
              </w:rPr>
              <w:t>Ya</w:t>
            </w:r>
            <w:proofErr w:type="spellEnd"/>
            <w:r w:rsidR="00CC173D" w:rsidRPr="006B6788">
              <w:rPr>
                <w:rFonts w:asciiTheme="minorHAnsi" w:hAnsiTheme="minorHAnsi"/>
                <w:sz w:val="22"/>
              </w:rPr>
              <w:t xml:space="preserve">   </w:t>
            </w: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43906330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C173D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CC173D" w:rsidRPr="006B6788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CC173D" w:rsidRPr="006B6788">
              <w:rPr>
                <w:rFonts w:asciiTheme="minorHAnsi" w:hAnsiTheme="minorHAnsi"/>
                <w:sz w:val="22"/>
              </w:rPr>
              <w:t>Tidak</w:t>
            </w:r>
            <w:proofErr w:type="spellEnd"/>
          </w:p>
        </w:tc>
        <w:tc>
          <w:tcPr>
            <w:tcW w:w="3510" w:type="dxa"/>
            <w:vAlign w:val="center"/>
          </w:tcPr>
          <w:p w14:paraId="04C25019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FA6D44" w:rsidRPr="000D1D3D" w14:paraId="47786BAE" w14:textId="77777777" w:rsidTr="00CC173D">
        <w:tc>
          <w:tcPr>
            <w:tcW w:w="542" w:type="dxa"/>
            <w:vAlign w:val="center"/>
          </w:tcPr>
          <w:p w14:paraId="42FBD5DF" w14:textId="77777777" w:rsidR="00FA6D44" w:rsidRPr="000D1D3D" w:rsidRDefault="00DD2D79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sz w:val="22"/>
              </w:rPr>
              <w:t>4</w:t>
            </w:r>
          </w:p>
        </w:tc>
        <w:tc>
          <w:tcPr>
            <w:tcW w:w="4678" w:type="dxa"/>
            <w:vAlign w:val="center"/>
          </w:tcPr>
          <w:p w14:paraId="5248A0FB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sz w:val="22"/>
              </w:rPr>
              <w:t>Bukti/informasi cukup untuk ditindaklanjuti atau dapat dilengkapi</w:t>
            </w:r>
          </w:p>
        </w:tc>
        <w:tc>
          <w:tcPr>
            <w:tcW w:w="1710" w:type="dxa"/>
            <w:vAlign w:val="center"/>
          </w:tcPr>
          <w:p w14:paraId="47549646" w14:textId="1CF8A97C" w:rsidR="00FA6D44" w:rsidRPr="000D1D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77116502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C173D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CC173D" w:rsidRPr="006B6788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CC173D" w:rsidRPr="006B6788">
              <w:rPr>
                <w:rFonts w:asciiTheme="minorHAnsi" w:hAnsiTheme="minorHAnsi"/>
                <w:sz w:val="22"/>
              </w:rPr>
              <w:t>Ya</w:t>
            </w:r>
            <w:proofErr w:type="spellEnd"/>
            <w:r w:rsidR="00CC173D" w:rsidRPr="006B6788">
              <w:rPr>
                <w:rFonts w:asciiTheme="minorHAnsi" w:hAnsiTheme="minorHAnsi"/>
                <w:sz w:val="22"/>
              </w:rPr>
              <w:t xml:space="preserve">   </w:t>
            </w: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139026112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C173D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CC173D" w:rsidRPr="006B6788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CC173D" w:rsidRPr="006B6788">
              <w:rPr>
                <w:rFonts w:asciiTheme="minorHAnsi" w:hAnsiTheme="minorHAnsi"/>
                <w:sz w:val="22"/>
              </w:rPr>
              <w:t>Tidak</w:t>
            </w:r>
            <w:proofErr w:type="spellEnd"/>
          </w:p>
        </w:tc>
        <w:tc>
          <w:tcPr>
            <w:tcW w:w="3510" w:type="dxa"/>
            <w:vAlign w:val="center"/>
          </w:tcPr>
          <w:p w14:paraId="1315D426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FA6D44" w:rsidRPr="000D1D3D" w14:paraId="4725138F" w14:textId="77777777" w:rsidTr="00CC173D">
        <w:trPr>
          <w:trHeight w:val="550"/>
        </w:trPr>
        <w:tc>
          <w:tcPr>
            <w:tcW w:w="542" w:type="dxa"/>
            <w:vAlign w:val="center"/>
          </w:tcPr>
          <w:p w14:paraId="71C7BCB0" w14:textId="77777777" w:rsidR="00FA6D44" w:rsidRPr="000D1D3D" w:rsidRDefault="00DD2D79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sz w:val="22"/>
              </w:rPr>
              <w:t>5</w:t>
            </w:r>
          </w:p>
        </w:tc>
        <w:tc>
          <w:tcPr>
            <w:tcW w:w="4678" w:type="dxa"/>
            <w:vAlign w:val="center"/>
          </w:tcPr>
          <w:p w14:paraId="169E9AE9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sz w:val="22"/>
              </w:rPr>
              <w:t>Terdapat deadline eksternal KAN/regulator</w:t>
            </w:r>
          </w:p>
        </w:tc>
        <w:tc>
          <w:tcPr>
            <w:tcW w:w="1710" w:type="dxa"/>
            <w:vAlign w:val="center"/>
          </w:tcPr>
          <w:p w14:paraId="5DA99091" w14:textId="145A2AC9" w:rsidR="00FA6D44" w:rsidRPr="000D1D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180253484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C173D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CC173D" w:rsidRPr="006B6788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CC173D" w:rsidRPr="006B6788">
              <w:rPr>
                <w:rFonts w:asciiTheme="minorHAnsi" w:hAnsiTheme="minorHAnsi"/>
                <w:sz w:val="22"/>
              </w:rPr>
              <w:t>Ya</w:t>
            </w:r>
            <w:proofErr w:type="spellEnd"/>
            <w:r w:rsidR="00CC173D" w:rsidRPr="006B6788">
              <w:rPr>
                <w:rFonts w:asciiTheme="minorHAnsi" w:hAnsiTheme="minorHAnsi"/>
                <w:sz w:val="22"/>
              </w:rPr>
              <w:t xml:space="preserve">   </w:t>
            </w: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165919519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C173D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CC173D" w:rsidRPr="006B6788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CC173D" w:rsidRPr="006B6788">
              <w:rPr>
                <w:rFonts w:asciiTheme="minorHAnsi" w:hAnsiTheme="minorHAnsi"/>
                <w:sz w:val="22"/>
              </w:rPr>
              <w:t>Tidak</w:t>
            </w:r>
            <w:proofErr w:type="spellEnd"/>
          </w:p>
        </w:tc>
        <w:tc>
          <w:tcPr>
            <w:tcW w:w="3510" w:type="dxa"/>
            <w:vAlign w:val="center"/>
          </w:tcPr>
          <w:p w14:paraId="4D1C0628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sz w:val="22"/>
              </w:rPr>
              <w:t>Tanggal: __________</w:t>
            </w:r>
          </w:p>
        </w:tc>
      </w:tr>
      <w:tr w:rsidR="00FA6D44" w:rsidRPr="000D1D3D" w14:paraId="1FA4B738" w14:textId="77777777" w:rsidTr="00CC173D">
        <w:tc>
          <w:tcPr>
            <w:tcW w:w="5220" w:type="dxa"/>
            <w:gridSpan w:val="2"/>
            <w:vAlign w:val="center"/>
          </w:tcPr>
          <w:p w14:paraId="746C256B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Klasifikasi</w:t>
            </w:r>
            <w:proofErr w:type="spellEnd"/>
            <w:r w:rsidRPr="000D1D3D">
              <w:rPr>
                <w:rFonts w:asciiTheme="minorHAnsi" w:hAnsiTheme="minorHAnsi"/>
                <w:b/>
                <w:sz w:val="22"/>
              </w:rPr>
              <w:t xml:space="preserve"> 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Substansi</w:t>
            </w:r>
            <w:proofErr w:type="spellEnd"/>
          </w:p>
        </w:tc>
        <w:tc>
          <w:tcPr>
            <w:tcW w:w="5220" w:type="dxa"/>
            <w:gridSpan w:val="2"/>
            <w:vAlign w:val="center"/>
          </w:tcPr>
          <w:p w14:paraId="18E6407D" w14:textId="77777777" w:rsidR="00CC17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86100950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C173D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Proses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Sertifikasi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</w:p>
          <w:p w14:paraId="265CC516" w14:textId="77777777" w:rsidR="00CC17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6163030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C173D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Pelayanan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/Admin </w:t>
            </w:r>
          </w:p>
          <w:p w14:paraId="1B84A089" w14:textId="77777777" w:rsidR="00CC17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71620594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C173D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Personel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</w:p>
          <w:p w14:paraId="4E08E325" w14:textId="77777777" w:rsidR="00CC17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170485286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C173D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TUK/Mitra</w:t>
            </w:r>
            <w:r w:rsidR="00DD2D79" w:rsidRPr="000D1D3D">
              <w:rPr>
                <w:rFonts w:asciiTheme="minorHAnsi" w:hAnsiTheme="minorHAnsi"/>
                <w:sz w:val="22"/>
              </w:rPr>
              <w:br/>
            </w: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97930658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C173D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CC173D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Pemegang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Sertifikat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</w:p>
          <w:p w14:paraId="025A27EE" w14:textId="77777777" w:rsidR="00CC17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119075471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C173D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Ketidakberpihakan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>/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Kerahasiaan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</w:p>
          <w:p w14:paraId="2CF4C95D" w14:textId="77777777" w:rsidR="00CC17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140156230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C173D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Sistem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LSP</w:t>
            </w:r>
            <w:r w:rsidR="00DD2D79" w:rsidRPr="000D1D3D">
              <w:rPr>
                <w:rFonts w:asciiTheme="minorHAnsi" w:hAnsiTheme="minorHAnsi"/>
                <w:sz w:val="22"/>
              </w:rPr>
              <w:br/>
            </w: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81823464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C173D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KAN/Regulator </w:t>
            </w:r>
          </w:p>
          <w:p w14:paraId="47B14888" w14:textId="77777777" w:rsidR="00CC17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75683149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C173D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Stakeholder/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Publik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</w:p>
          <w:p w14:paraId="73E47D38" w14:textId="5478D178" w:rsidR="00FA6D44" w:rsidRPr="000D1D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18407606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C173D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Lainnya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>: ______</w:t>
            </w:r>
          </w:p>
        </w:tc>
      </w:tr>
      <w:tr w:rsidR="00FA6D44" w:rsidRPr="000D1D3D" w14:paraId="46CFACCD" w14:textId="77777777" w:rsidTr="00CC173D">
        <w:tc>
          <w:tcPr>
            <w:tcW w:w="5220" w:type="dxa"/>
            <w:gridSpan w:val="2"/>
            <w:vAlign w:val="center"/>
          </w:tcPr>
          <w:p w14:paraId="0D15AC26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sz w:val="22"/>
              </w:rPr>
              <w:lastRenderedPageBreak/>
              <w:t>Tingkat Prioritas</w:t>
            </w:r>
          </w:p>
        </w:tc>
        <w:tc>
          <w:tcPr>
            <w:tcW w:w="5220" w:type="dxa"/>
            <w:gridSpan w:val="2"/>
            <w:vAlign w:val="center"/>
          </w:tcPr>
          <w:p w14:paraId="40604166" w14:textId="77777777" w:rsidR="004C5BD8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190695085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C5BD8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Normal   </w:t>
            </w:r>
          </w:p>
          <w:p w14:paraId="4B0A859A" w14:textId="77777777" w:rsidR="004C5BD8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193532335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C5BD8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Prioritas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  </w:t>
            </w:r>
          </w:p>
          <w:p w14:paraId="1379E840" w14:textId="445DC936" w:rsidR="00FA6D44" w:rsidRPr="000D1D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195158159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C5BD8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Kritis</w:t>
            </w:r>
            <w:proofErr w:type="spellEnd"/>
          </w:p>
        </w:tc>
      </w:tr>
      <w:tr w:rsidR="00FA6D44" w:rsidRPr="000D1D3D" w14:paraId="05E76FCD" w14:textId="77777777" w:rsidTr="00CC173D">
        <w:tc>
          <w:tcPr>
            <w:tcW w:w="5220" w:type="dxa"/>
            <w:gridSpan w:val="2"/>
            <w:vAlign w:val="center"/>
          </w:tcPr>
          <w:p w14:paraId="28250E3D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sz w:val="22"/>
              </w:rPr>
              <w:t>Dasar Penetapan Prioritas</w:t>
            </w:r>
          </w:p>
        </w:tc>
        <w:tc>
          <w:tcPr>
            <w:tcW w:w="5220" w:type="dxa"/>
            <w:gridSpan w:val="2"/>
            <w:vAlign w:val="center"/>
          </w:tcPr>
          <w:p w14:paraId="30A004DD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sz w:val="22"/>
              </w:rPr>
              <w:br/>
            </w:r>
          </w:p>
        </w:tc>
      </w:tr>
      <w:tr w:rsidR="00FA6D44" w:rsidRPr="000D1D3D" w14:paraId="0026B22A" w14:textId="77777777" w:rsidTr="00CC173D">
        <w:tc>
          <w:tcPr>
            <w:tcW w:w="5220" w:type="dxa"/>
            <w:gridSpan w:val="2"/>
            <w:vAlign w:val="center"/>
          </w:tcPr>
          <w:p w14:paraId="1AB8B2F6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sz w:val="22"/>
              </w:rPr>
              <w:t>Hasil Validasi</w:t>
            </w:r>
          </w:p>
        </w:tc>
        <w:tc>
          <w:tcPr>
            <w:tcW w:w="5220" w:type="dxa"/>
            <w:gridSpan w:val="2"/>
            <w:vAlign w:val="center"/>
          </w:tcPr>
          <w:p w14:paraId="76FC4342" w14:textId="77777777" w:rsidR="004C5BD8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140722463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C5BD8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Valid dan Lengkap  </w:t>
            </w:r>
          </w:p>
          <w:p w14:paraId="406B669A" w14:textId="77777777" w:rsidR="004C5BD8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16655844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C5BD8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Perlu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Dilengkapi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 </w:t>
            </w:r>
          </w:p>
          <w:p w14:paraId="7781AF27" w14:textId="77777777" w:rsidR="004C5BD8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198676399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C5BD8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Dialihkan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ke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Banding  </w:t>
            </w:r>
          </w:p>
          <w:p w14:paraId="3AB656A4" w14:textId="39ED62EB" w:rsidR="00FA6D44" w:rsidRPr="000D1D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101569148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C5BD8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Di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Luar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Ruang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Lingkup</w:t>
            </w:r>
            <w:proofErr w:type="spellEnd"/>
          </w:p>
        </w:tc>
      </w:tr>
      <w:tr w:rsidR="00FA6D44" w:rsidRPr="000D1D3D" w14:paraId="02DF6D54" w14:textId="77777777" w:rsidTr="00CC173D">
        <w:tc>
          <w:tcPr>
            <w:tcW w:w="5220" w:type="dxa"/>
            <w:gridSpan w:val="2"/>
            <w:vAlign w:val="center"/>
          </w:tcPr>
          <w:p w14:paraId="678DADE7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sz w:val="22"/>
              </w:rPr>
              <w:t>Kelengkapan yang Diminta/Batas Waktu</w:t>
            </w:r>
          </w:p>
        </w:tc>
        <w:tc>
          <w:tcPr>
            <w:tcW w:w="5220" w:type="dxa"/>
            <w:gridSpan w:val="2"/>
            <w:vAlign w:val="center"/>
          </w:tcPr>
          <w:p w14:paraId="41555D0C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sz w:val="22"/>
              </w:rPr>
              <w:br/>
            </w:r>
          </w:p>
        </w:tc>
      </w:tr>
      <w:tr w:rsidR="00FA6D44" w:rsidRPr="000D1D3D" w14:paraId="2BFF8188" w14:textId="77777777" w:rsidTr="004C5BD8">
        <w:trPr>
          <w:trHeight w:val="568"/>
        </w:trPr>
        <w:tc>
          <w:tcPr>
            <w:tcW w:w="5220" w:type="dxa"/>
            <w:gridSpan w:val="2"/>
            <w:vAlign w:val="center"/>
          </w:tcPr>
          <w:p w14:paraId="5071EC6F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Tanggal</w:t>
            </w:r>
            <w:proofErr w:type="spellEnd"/>
            <w:r w:rsidRPr="000D1D3D">
              <w:rPr>
                <w:rFonts w:asciiTheme="minorHAnsi" w:hAnsiTheme="minorHAnsi"/>
                <w:b/>
                <w:sz w:val="22"/>
              </w:rPr>
              <w:t xml:space="preserve"> 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Dinyatakan</w:t>
            </w:r>
            <w:proofErr w:type="spellEnd"/>
            <w:r w:rsidRPr="000D1D3D">
              <w:rPr>
                <w:rFonts w:asciiTheme="minorHAnsi" w:hAnsiTheme="minorHAnsi"/>
                <w:b/>
                <w:sz w:val="22"/>
              </w:rPr>
              <w:t xml:space="preserve"> 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Lengkap</w:t>
            </w:r>
            <w:proofErr w:type="spellEnd"/>
            <w:r w:rsidRPr="000D1D3D">
              <w:rPr>
                <w:rFonts w:asciiTheme="minorHAnsi" w:hAnsiTheme="minorHAnsi"/>
                <w:b/>
                <w:sz w:val="22"/>
              </w:rPr>
              <w:t xml:space="preserve"> dan Valid</w:t>
            </w:r>
          </w:p>
        </w:tc>
        <w:tc>
          <w:tcPr>
            <w:tcW w:w="5220" w:type="dxa"/>
            <w:gridSpan w:val="2"/>
            <w:vAlign w:val="center"/>
          </w:tcPr>
          <w:p w14:paraId="3D882BA7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FA6D44" w:rsidRPr="000D1D3D" w14:paraId="56FABE9D" w14:textId="77777777" w:rsidTr="00CC173D">
        <w:tc>
          <w:tcPr>
            <w:tcW w:w="5220" w:type="dxa"/>
            <w:gridSpan w:val="2"/>
            <w:vAlign w:val="center"/>
          </w:tcPr>
          <w:p w14:paraId="04190C69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Eskalasi</w:t>
            </w:r>
            <w:proofErr w:type="spellEnd"/>
            <w:r w:rsidRPr="000D1D3D">
              <w:rPr>
                <w:rFonts w:asciiTheme="minorHAnsi" w:hAnsiTheme="minorHAnsi"/>
                <w:b/>
                <w:sz w:val="22"/>
              </w:rPr>
              <w:t xml:space="preserve"> 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ke</w:t>
            </w:r>
            <w:proofErr w:type="spellEnd"/>
            <w:r w:rsidRPr="000D1D3D">
              <w:rPr>
                <w:rFonts w:asciiTheme="minorHAnsi" w:hAnsiTheme="minorHAnsi"/>
                <w:b/>
                <w:sz w:val="22"/>
              </w:rPr>
              <w:t xml:space="preserve"> 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Ketua</w:t>
            </w:r>
            <w:proofErr w:type="spellEnd"/>
            <w:r w:rsidRPr="000D1D3D">
              <w:rPr>
                <w:rFonts w:asciiTheme="minorHAnsi" w:hAnsiTheme="minorHAnsi"/>
                <w:b/>
                <w:sz w:val="22"/>
              </w:rPr>
              <w:t xml:space="preserve"> LSP/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Manajer</w:t>
            </w:r>
            <w:proofErr w:type="spellEnd"/>
          </w:p>
        </w:tc>
        <w:tc>
          <w:tcPr>
            <w:tcW w:w="5220" w:type="dxa"/>
            <w:gridSpan w:val="2"/>
            <w:vAlign w:val="center"/>
          </w:tcPr>
          <w:p w14:paraId="3556033A" w14:textId="77777777" w:rsidR="004C5BD8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86335589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C5BD8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4C5BD8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Tidak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  </w:t>
            </w:r>
          </w:p>
          <w:p w14:paraId="4FFDCEFE" w14:textId="3D50601A" w:rsidR="00FA6D44" w:rsidRPr="000D1D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207955130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C5BD8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Ya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,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tanggal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>: ________</w:t>
            </w:r>
          </w:p>
        </w:tc>
      </w:tr>
    </w:tbl>
    <w:p w14:paraId="6C6F6CCB" w14:textId="77777777" w:rsidR="00FA6D44" w:rsidRPr="000D1D3D" w:rsidRDefault="00DD2D79" w:rsidP="004C5BD8">
      <w:pPr>
        <w:spacing w:before="120"/>
        <w:rPr>
          <w:rFonts w:asciiTheme="minorHAnsi" w:hAnsiTheme="minorHAnsi"/>
          <w:sz w:val="22"/>
        </w:rPr>
      </w:pPr>
      <w:r w:rsidRPr="000D1D3D">
        <w:rPr>
          <w:rFonts w:asciiTheme="minorHAnsi" w:hAnsiTheme="minorHAnsi"/>
          <w:b/>
          <w:sz w:val="22"/>
        </w:rPr>
        <w:t>F. PENUGASAN DAN INDEPENDENSI</w:t>
      </w:r>
    </w:p>
    <w:tbl>
      <w:tblPr>
        <w:tblStyle w:val="TableGrid"/>
        <w:tblW w:w="10508" w:type="dxa"/>
        <w:tblInd w:w="378" w:type="dxa"/>
        <w:tblLook w:val="04A0" w:firstRow="1" w:lastRow="0" w:firstColumn="1" w:lastColumn="0" w:noHBand="0" w:noVBand="1"/>
      </w:tblPr>
      <w:tblGrid>
        <w:gridCol w:w="5254"/>
        <w:gridCol w:w="5254"/>
      </w:tblGrid>
      <w:tr w:rsidR="00FA6D44" w:rsidRPr="000D1D3D" w14:paraId="4BE8DDDD" w14:textId="77777777" w:rsidTr="001F2902">
        <w:trPr>
          <w:trHeight w:val="345"/>
        </w:trPr>
        <w:tc>
          <w:tcPr>
            <w:tcW w:w="5254" w:type="dxa"/>
            <w:vAlign w:val="center"/>
          </w:tcPr>
          <w:p w14:paraId="09AD86D5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sz w:val="22"/>
              </w:rPr>
              <w:t xml:space="preserve">Investigator/PIC 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Keluhan</w:t>
            </w:r>
            <w:proofErr w:type="spellEnd"/>
          </w:p>
        </w:tc>
        <w:tc>
          <w:tcPr>
            <w:tcW w:w="5254" w:type="dxa"/>
            <w:vAlign w:val="center"/>
          </w:tcPr>
          <w:p w14:paraId="611A602F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FA6D44" w:rsidRPr="000D1D3D" w14:paraId="3AB237B1" w14:textId="77777777" w:rsidTr="001F2902">
        <w:trPr>
          <w:trHeight w:val="345"/>
        </w:trPr>
        <w:tc>
          <w:tcPr>
            <w:tcW w:w="5254" w:type="dxa"/>
            <w:vAlign w:val="center"/>
          </w:tcPr>
          <w:p w14:paraId="3F944B9D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sz w:val="22"/>
              </w:rPr>
              <w:t>Nomor/Tanggal Surat Tugas</w:t>
            </w:r>
          </w:p>
        </w:tc>
        <w:tc>
          <w:tcPr>
            <w:tcW w:w="5254" w:type="dxa"/>
            <w:vAlign w:val="center"/>
          </w:tcPr>
          <w:p w14:paraId="3725A831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FA6D44" w:rsidRPr="000D1D3D" w14:paraId="151C5689" w14:textId="77777777" w:rsidTr="001F2902">
        <w:trPr>
          <w:trHeight w:val="385"/>
        </w:trPr>
        <w:tc>
          <w:tcPr>
            <w:tcW w:w="5254" w:type="dxa"/>
            <w:vAlign w:val="center"/>
          </w:tcPr>
          <w:p w14:paraId="620F5D9C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sz w:val="22"/>
              </w:rPr>
              <w:t>Konflik Kepentingan Investigator</w:t>
            </w:r>
          </w:p>
        </w:tc>
        <w:tc>
          <w:tcPr>
            <w:tcW w:w="5254" w:type="dxa"/>
            <w:vAlign w:val="center"/>
          </w:tcPr>
          <w:p w14:paraId="0287217C" w14:textId="42198F38" w:rsidR="00FA6D44" w:rsidRPr="000D1D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184662870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170AE2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Tidak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Ada  </w:t>
            </w: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68729065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170AE2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170AE2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Ada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-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personel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diganti</w:t>
            </w:r>
            <w:proofErr w:type="spellEnd"/>
          </w:p>
        </w:tc>
      </w:tr>
      <w:tr w:rsidR="00FA6D44" w:rsidRPr="000D1D3D" w14:paraId="5B9ADD9E" w14:textId="77777777" w:rsidTr="001F2902">
        <w:trPr>
          <w:trHeight w:val="345"/>
        </w:trPr>
        <w:tc>
          <w:tcPr>
            <w:tcW w:w="5254" w:type="dxa"/>
            <w:vAlign w:val="center"/>
          </w:tcPr>
          <w:p w14:paraId="7B3079FE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sz w:val="22"/>
              </w:rPr>
              <w:t>Pengambil Keputusan Keluhan</w:t>
            </w:r>
          </w:p>
        </w:tc>
        <w:tc>
          <w:tcPr>
            <w:tcW w:w="5254" w:type="dxa"/>
            <w:vAlign w:val="center"/>
          </w:tcPr>
          <w:p w14:paraId="0DC50D46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FA6D44" w:rsidRPr="000D1D3D" w14:paraId="3445ABE1" w14:textId="77777777" w:rsidTr="001F2902">
        <w:trPr>
          <w:trHeight w:val="731"/>
        </w:trPr>
        <w:tc>
          <w:tcPr>
            <w:tcW w:w="5254" w:type="dxa"/>
            <w:vAlign w:val="center"/>
          </w:tcPr>
          <w:p w14:paraId="5F34D029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sz w:val="22"/>
              </w:rPr>
              <w:t>Independensi Pengambil Keputusan</w:t>
            </w:r>
          </w:p>
        </w:tc>
        <w:tc>
          <w:tcPr>
            <w:tcW w:w="5254" w:type="dxa"/>
            <w:vAlign w:val="center"/>
          </w:tcPr>
          <w:p w14:paraId="0822A5F7" w14:textId="5160A9C8" w:rsidR="00FA6D44" w:rsidRPr="000D1D3D" w:rsidRDefault="005B407D" w:rsidP="00170AE2">
            <w:pPr>
              <w:spacing w:after="0"/>
              <w:ind w:left="310" w:hanging="31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84463900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170AE2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Tidak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menjadi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subjek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keluhan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,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tidak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terlibat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r w:rsidR="00170AE2">
              <w:rPr>
                <w:rFonts w:asciiTheme="minorHAnsi" w:hAnsiTheme="minorHAnsi"/>
                <w:sz w:val="22"/>
              </w:rPr>
              <w:t xml:space="preserve"> 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langsung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, dan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tidak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memiliki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konflik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kepentingan</w:t>
            </w:r>
            <w:proofErr w:type="spellEnd"/>
          </w:p>
        </w:tc>
      </w:tr>
    </w:tbl>
    <w:p w14:paraId="6FDFA496" w14:textId="77777777" w:rsidR="00FA6D44" w:rsidRPr="000D1D3D" w:rsidRDefault="00DD2D79">
      <w:pPr>
        <w:rPr>
          <w:rFonts w:asciiTheme="minorHAnsi" w:hAnsiTheme="minorHAnsi"/>
          <w:sz w:val="22"/>
        </w:rPr>
      </w:pPr>
      <w:r w:rsidRPr="000D1D3D">
        <w:rPr>
          <w:rFonts w:asciiTheme="minorHAnsi" w:hAnsiTheme="minorHAnsi"/>
          <w:b/>
          <w:sz w:val="22"/>
        </w:rPr>
        <w:t>G. RINGKASAN INVESTIGASI</w:t>
      </w:r>
    </w:p>
    <w:tbl>
      <w:tblPr>
        <w:tblStyle w:val="TableGrid"/>
        <w:tblW w:w="10530" w:type="dxa"/>
        <w:tblInd w:w="378" w:type="dxa"/>
        <w:tblLook w:val="04A0" w:firstRow="1" w:lastRow="0" w:firstColumn="1" w:lastColumn="0" w:noHBand="0" w:noVBand="1"/>
      </w:tblPr>
      <w:tblGrid>
        <w:gridCol w:w="5220"/>
        <w:gridCol w:w="5310"/>
      </w:tblGrid>
      <w:tr w:rsidR="00FA6D44" w:rsidRPr="000D1D3D" w14:paraId="31CEEDDE" w14:textId="77777777" w:rsidTr="00170AE2">
        <w:tc>
          <w:tcPr>
            <w:tcW w:w="5220" w:type="dxa"/>
            <w:vAlign w:val="center"/>
          </w:tcPr>
          <w:p w14:paraId="71BA0420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Pihak</w:t>
            </w:r>
            <w:proofErr w:type="spellEnd"/>
            <w:r w:rsidRPr="000D1D3D">
              <w:rPr>
                <w:rFonts w:asciiTheme="minorHAnsi" w:hAnsiTheme="minorHAnsi"/>
                <w:b/>
                <w:sz w:val="22"/>
              </w:rPr>
              <w:t xml:space="preserve"> yang 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Diklarifikasi</w:t>
            </w:r>
            <w:proofErr w:type="spellEnd"/>
          </w:p>
        </w:tc>
        <w:tc>
          <w:tcPr>
            <w:tcW w:w="5310" w:type="dxa"/>
            <w:vAlign w:val="center"/>
          </w:tcPr>
          <w:p w14:paraId="083D46B9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sz w:val="22"/>
              </w:rPr>
              <w:br/>
            </w:r>
          </w:p>
        </w:tc>
      </w:tr>
      <w:tr w:rsidR="00FA6D44" w:rsidRPr="000D1D3D" w14:paraId="289D6CEE" w14:textId="77777777" w:rsidTr="00170AE2">
        <w:tc>
          <w:tcPr>
            <w:tcW w:w="5220" w:type="dxa"/>
            <w:vAlign w:val="center"/>
          </w:tcPr>
          <w:p w14:paraId="6A881C23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sz w:val="22"/>
              </w:rPr>
              <w:t>Dokumen/Rekaman yang Ditelaah</w:t>
            </w:r>
          </w:p>
        </w:tc>
        <w:tc>
          <w:tcPr>
            <w:tcW w:w="5310" w:type="dxa"/>
            <w:vAlign w:val="center"/>
          </w:tcPr>
          <w:p w14:paraId="02AC574A" w14:textId="54B7AA5A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sz w:val="22"/>
              </w:rPr>
              <w:br/>
            </w:r>
          </w:p>
        </w:tc>
      </w:tr>
      <w:tr w:rsidR="00FA6D44" w:rsidRPr="000D1D3D" w14:paraId="43D2332C" w14:textId="77777777" w:rsidTr="00170AE2">
        <w:trPr>
          <w:trHeight w:val="532"/>
        </w:trPr>
        <w:tc>
          <w:tcPr>
            <w:tcW w:w="5220" w:type="dxa"/>
            <w:vAlign w:val="center"/>
          </w:tcPr>
          <w:p w14:paraId="3A689F09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sz w:val="22"/>
              </w:rPr>
              <w:t xml:space="preserve">Fakta/Bukti 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Objektif</w:t>
            </w:r>
            <w:proofErr w:type="spellEnd"/>
          </w:p>
        </w:tc>
        <w:tc>
          <w:tcPr>
            <w:tcW w:w="5310" w:type="dxa"/>
            <w:vAlign w:val="center"/>
          </w:tcPr>
          <w:p w14:paraId="5AA9EC11" w14:textId="4DF69F68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FA6D44" w:rsidRPr="000D1D3D" w14:paraId="006AC444" w14:textId="77777777" w:rsidTr="00170AE2">
        <w:tc>
          <w:tcPr>
            <w:tcW w:w="5220" w:type="dxa"/>
            <w:vAlign w:val="center"/>
          </w:tcPr>
          <w:p w14:paraId="72020782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Analisis</w:t>
            </w:r>
            <w:proofErr w:type="spellEnd"/>
          </w:p>
        </w:tc>
        <w:tc>
          <w:tcPr>
            <w:tcW w:w="5310" w:type="dxa"/>
            <w:vAlign w:val="center"/>
          </w:tcPr>
          <w:p w14:paraId="52E6EEFA" w14:textId="7872AD3D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sz w:val="22"/>
              </w:rPr>
              <w:br/>
            </w:r>
          </w:p>
        </w:tc>
      </w:tr>
      <w:tr w:rsidR="00FA6D44" w:rsidRPr="000D1D3D" w14:paraId="033829EB" w14:textId="77777777" w:rsidTr="00170AE2">
        <w:tc>
          <w:tcPr>
            <w:tcW w:w="5220" w:type="dxa"/>
            <w:vAlign w:val="center"/>
          </w:tcPr>
          <w:p w14:paraId="1AF81735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sz w:val="22"/>
              </w:rPr>
              <w:t>Kesimpulan Investigator</w:t>
            </w:r>
          </w:p>
        </w:tc>
        <w:tc>
          <w:tcPr>
            <w:tcW w:w="5310" w:type="dxa"/>
            <w:vAlign w:val="center"/>
          </w:tcPr>
          <w:p w14:paraId="3A9F1011" w14:textId="626CED53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sz w:val="22"/>
              </w:rPr>
              <w:br/>
            </w:r>
          </w:p>
        </w:tc>
      </w:tr>
      <w:tr w:rsidR="00FA6D44" w:rsidRPr="000D1D3D" w14:paraId="79FDB2FC" w14:textId="77777777" w:rsidTr="00170AE2">
        <w:tc>
          <w:tcPr>
            <w:tcW w:w="5220" w:type="dxa"/>
            <w:vAlign w:val="center"/>
          </w:tcPr>
          <w:p w14:paraId="1CACCDFA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sz w:val="22"/>
              </w:rPr>
              <w:t>Rekomendasi</w:t>
            </w:r>
          </w:p>
        </w:tc>
        <w:tc>
          <w:tcPr>
            <w:tcW w:w="5310" w:type="dxa"/>
            <w:vAlign w:val="center"/>
          </w:tcPr>
          <w:p w14:paraId="2C66ACBE" w14:textId="07D98636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sz w:val="22"/>
              </w:rPr>
              <w:br/>
            </w:r>
          </w:p>
        </w:tc>
      </w:tr>
      <w:tr w:rsidR="00FA6D44" w:rsidRPr="000D1D3D" w14:paraId="1307223B" w14:textId="77777777" w:rsidTr="00170AE2">
        <w:trPr>
          <w:trHeight w:val="568"/>
        </w:trPr>
        <w:tc>
          <w:tcPr>
            <w:tcW w:w="5220" w:type="dxa"/>
            <w:vAlign w:val="center"/>
          </w:tcPr>
          <w:p w14:paraId="14C87612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Tanggal</w:t>
            </w:r>
            <w:proofErr w:type="spellEnd"/>
            <w:r w:rsidRPr="000D1D3D">
              <w:rPr>
                <w:rFonts w:asciiTheme="minorHAnsi" w:hAnsiTheme="minorHAnsi"/>
                <w:b/>
                <w:sz w:val="22"/>
              </w:rPr>
              <w:t xml:space="preserve"> 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Laporan</w:t>
            </w:r>
            <w:proofErr w:type="spellEnd"/>
            <w:r w:rsidRPr="000D1D3D">
              <w:rPr>
                <w:rFonts w:asciiTheme="minorHAnsi" w:hAnsiTheme="minorHAnsi"/>
                <w:b/>
                <w:sz w:val="22"/>
              </w:rPr>
              <w:t xml:space="preserve"> 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Investigasi</w:t>
            </w:r>
            <w:proofErr w:type="spellEnd"/>
          </w:p>
        </w:tc>
        <w:tc>
          <w:tcPr>
            <w:tcW w:w="5310" w:type="dxa"/>
            <w:vAlign w:val="center"/>
          </w:tcPr>
          <w:p w14:paraId="69664237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13B8FAA4" w14:textId="77777777" w:rsidR="00FA6D44" w:rsidRPr="000D1D3D" w:rsidRDefault="00DD2D79">
      <w:pPr>
        <w:rPr>
          <w:rFonts w:asciiTheme="minorHAnsi" w:hAnsiTheme="minorHAnsi"/>
          <w:sz w:val="22"/>
        </w:rPr>
      </w:pPr>
      <w:r w:rsidRPr="000D1D3D">
        <w:rPr>
          <w:rFonts w:asciiTheme="minorHAnsi" w:hAnsiTheme="minorHAnsi"/>
          <w:sz w:val="22"/>
        </w:rPr>
        <w:br w:type="page"/>
      </w:r>
    </w:p>
    <w:p w14:paraId="3A742AD0" w14:textId="77777777" w:rsidR="00FA6D44" w:rsidRPr="000D1D3D" w:rsidRDefault="00DD2D79">
      <w:pPr>
        <w:rPr>
          <w:rFonts w:asciiTheme="minorHAnsi" w:hAnsiTheme="minorHAnsi"/>
          <w:sz w:val="22"/>
        </w:rPr>
      </w:pPr>
      <w:r w:rsidRPr="000D1D3D">
        <w:rPr>
          <w:rFonts w:asciiTheme="minorHAnsi" w:hAnsiTheme="minorHAnsi"/>
          <w:b/>
          <w:sz w:val="22"/>
        </w:rPr>
        <w:lastRenderedPageBreak/>
        <w:t>H. KEPUTUSAN KELUHAN</w:t>
      </w:r>
    </w:p>
    <w:p w14:paraId="159B411C" w14:textId="4A6C202F" w:rsidR="00FA6D44" w:rsidRPr="000D1D3D" w:rsidRDefault="005B407D" w:rsidP="00170AE2">
      <w:pPr>
        <w:ind w:firstLine="270"/>
        <w:rPr>
          <w:rFonts w:asciiTheme="minorHAnsi" w:hAnsiTheme="minorHAnsi"/>
          <w:sz w:val="22"/>
        </w:rPr>
      </w:pPr>
      <w:sdt>
        <w:sdtPr>
          <w:rPr>
            <w:rFonts w:asciiTheme="minorHAnsi" w:eastAsia="MS Gothic" w:hAnsiTheme="minorHAnsi" w:cs="Calibri"/>
            <w:sz w:val="22"/>
            <w:szCs w:val="20"/>
          </w:rPr>
          <w:id w:val="-1158691716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170AE2">
            <w:rPr>
              <w:rFonts w:ascii="MS Gothic" w:eastAsia="MS Gothic" w:hAnsi="MS Gothic" w:cs="Calibri" w:hint="eastAsia"/>
              <w:sz w:val="22"/>
              <w:szCs w:val="20"/>
            </w:rPr>
            <w:t>☐</w:t>
          </w:r>
        </w:sdtContent>
      </w:sdt>
      <w:r w:rsidR="00170AE2" w:rsidRPr="000D1D3D">
        <w:rPr>
          <w:rFonts w:asciiTheme="minorHAnsi" w:hAnsiTheme="minorHAnsi"/>
          <w:b/>
          <w:sz w:val="22"/>
        </w:rPr>
        <w:t xml:space="preserve"> </w:t>
      </w:r>
      <w:r w:rsidR="00DD2D79" w:rsidRPr="000D1D3D">
        <w:rPr>
          <w:rFonts w:asciiTheme="minorHAnsi" w:hAnsiTheme="minorHAnsi"/>
          <w:b/>
          <w:sz w:val="22"/>
        </w:rPr>
        <w:t xml:space="preserve">TERBUKTI    </w:t>
      </w:r>
      <w:sdt>
        <w:sdtPr>
          <w:rPr>
            <w:rFonts w:asciiTheme="minorHAnsi" w:eastAsia="MS Gothic" w:hAnsiTheme="minorHAnsi" w:cs="Calibri"/>
            <w:sz w:val="22"/>
            <w:szCs w:val="20"/>
          </w:rPr>
          <w:id w:val="2120255440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170AE2">
            <w:rPr>
              <w:rFonts w:ascii="MS Gothic" w:eastAsia="MS Gothic" w:hAnsi="MS Gothic" w:cs="Calibri" w:hint="eastAsia"/>
              <w:sz w:val="22"/>
              <w:szCs w:val="20"/>
            </w:rPr>
            <w:t>☐</w:t>
          </w:r>
        </w:sdtContent>
      </w:sdt>
      <w:r w:rsidR="00170AE2" w:rsidRPr="000D1D3D">
        <w:rPr>
          <w:rFonts w:asciiTheme="minorHAnsi" w:hAnsiTheme="minorHAnsi"/>
          <w:b/>
          <w:sz w:val="22"/>
        </w:rPr>
        <w:t xml:space="preserve"> </w:t>
      </w:r>
      <w:r w:rsidR="00DD2D79" w:rsidRPr="000D1D3D">
        <w:rPr>
          <w:rFonts w:asciiTheme="minorHAnsi" w:hAnsiTheme="minorHAnsi"/>
          <w:b/>
          <w:sz w:val="22"/>
        </w:rPr>
        <w:t>TIDAK TERBUKTI</w:t>
      </w:r>
    </w:p>
    <w:tbl>
      <w:tblPr>
        <w:tblStyle w:val="TableGrid"/>
        <w:tblW w:w="10575" w:type="dxa"/>
        <w:tblInd w:w="378" w:type="dxa"/>
        <w:tblLook w:val="04A0" w:firstRow="1" w:lastRow="0" w:firstColumn="1" w:lastColumn="0" w:noHBand="0" w:noVBand="1"/>
      </w:tblPr>
      <w:tblGrid>
        <w:gridCol w:w="5220"/>
        <w:gridCol w:w="5355"/>
      </w:tblGrid>
      <w:tr w:rsidR="00FA6D44" w:rsidRPr="000D1D3D" w14:paraId="2AD8C795" w14:textId="77777777" w:rsidTr="0004012C">
        <w:trPr>
          <w:trHeight w:val="559"/>
        </w:trPr>
        <w:tc>
          <w:tcPr>
            <w:tcW w:w="5220" w:type="dxa"/>
            <w:vAlign w:val="center"/>
          </w:tcPr>
          <w:p w14:paraId="001D96F5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sz w:val="22"/>
              </w:rPr>
              <w:t>Dasar/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Alasan</w:t>
            </w:r>
            <w:proofErr w:type="spellEnd"/>
            <w:r w:rsidRPr="000D1D3D">
              <w:rPr>
                <w:rFonts w:asciiTheme="minorHAnsi" w:hAnsiTheme="minorHAnsi"/>
                <w:b/>
                <w:sz w:val="22"/>
              </w:rPr>
              <w:t xml:space="preserve"> Keputusan</w:t>
            </w:r>
          </w:p>
        </w:tc>
        <w:tc>
          <w:tcPr>
            <w:tcW w:w="5355" w:type="dxa"/>
            <w:vAlign w:val="center"/>
          </w:tcPr>
          <w:p w14:paraId="0A34E8EF" w14:textId="13D3F5B8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sz w:val="22"/>
              </w:rPr>
              <w:br/>
            </w:r>
          </w:p>
        </w:tc>
      </w:tr>
      <w:tr w:rsidR="00FA6D44" w:rsidRPr="000D1D3D" w14:paraId="62BB9E1F" w14:textId="77777777" w:rsidTr="0004012C">
        <w:tc>
          <w:tcPr>
            <w:tcW w:w="5220" w:type="dxa"/>
            <w:vAlign w:val="center"/>
          </w:tcPr>
          <w:p w14:paraId="596D6E2B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sz w:val="22"/>
              </w:rPr>
              <w:t xml:space="preserve">Bagian yang 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Terbukti</w:t>
            </w:r>
            <w:proofErr w:type="spellEnd"/>
            <w:r w:rsidRPr="000D1D3D">
              <w:rPr>
                <w:rFonts w:asciiTheme="minorHAnsi" w:hAnsiTheme="minorHAnsi"/>
                <w:b/>
                <w:sz w:val="22"/>
              </w:rPr>
              <w:t xml:space="preserve"> (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jika</w:t>
            </w:r>
            <w:proofErr w:type="spellEnd"/>
            <w:r w:rsidRPr="000D1D3D">
              <w:rPr>
                <w:rFonts w:asciiTheme="minorHAnsi" w:hAnsiTheme="minorHAnsi"/>
                <w:b/>
                <w:sz w:val="22"/>
              </w:rPr>
              <w:t xml:space="preserve"> 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ada</w:t>
            </w:r>
            <w:proofErr w:type="spellEnd"/>
            <w:r w:rsidRPr="000D1D3D">
              <w:rPr>
                <w:rFonts w:asciiTheme="minorHAnsi" w:hAnsiTheme="minorHAnsi"/>
                <w:b/>
                <w:sz w:val="22"/>
              </w:rPr>
              <w:t>)</w:t>
            </w:r>
          </w:p>
        </w:tc>
        <w:tc>
          <w:tcPr>
            <w:tcW w:w="5355" w:type="dxa"/>
            <w:vAlign w:val="center"/>
          </w:tcPr>
          <w:p w14:paraId="56284A6A" w14:textId="4586533C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sz w:val="22"/>
              </w:rPr>
              <w:br/>
            </w:r>
          </w:p>
        </w:tc>
      </w:tr>
      <w:tr w:rsidR="00FA6D44" w:rsidRPr="000D1D3D" w14:paraId="7D02EABA" w14:textId="77777777" w:rsidTr="0004012C">
        <w:tc>
          <w:tcPr>
            <w:tcW w:w="5220" w:type="dxa"/>
            <w:vAlign w:val="center"/>
          </w:tcPr>
          <w:p w14:paraId="52ADEE64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sz w:val="22"/>
              </w:rPr>
              <w:t>Bagian yang Tidak Terbukti (jika ada)</w:t>
            </w:r>
          </w:p>
        </w:tc>
        <w:tc>
          <w:tcPr>
            <w:tcW w:w="5355" w:type="dxa"/>
            <w:vAlign w:val="center"/>
          </w:tcPr>
          <w:p w14:paraId="759F5814" w14:textId="4D33F1E6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sz w:val="22"/>
              </w:rPr>
              <w:br/>
            </w:r>
          </w:p>
        </w:tc>
      </w:tr>
      <w:tr w:rsidR="00FA6D44" w:rsidRPr="000D1D3D" w14:paraId="6E15D84F" w14:textId="77777777" w:rsidTr="0004012C">
        <w:tc>
          <w:tcPr>
            <w:tcW w:w="5220" w:type="dxa"/>
            <w:vAlign w:val="center"/>
          </w:tcPr>
          <w:p w14:paraId="73F3DE53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sz w:val="22"/>
              </w:rPr>
              <w:t>Dampak terhadap proses/sistem/sertifikasi</w:t>
            </w:r>
          </w:p>
        </w:tc>
        <w:tc>
          <w:tcPr>
            <w:tcW w:w="5355" w:type="dxa"/>
            <w:vAlign w:val="center"/>
          </w:tcPr>
          <w:p w14:paraId="6DA5009F" w14:textId="5CD3DADF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sz w:val="22"/>
              </w:rPr>
              <w:br/>
            </w:r>
          </w:p>
        </w:tc>
      </w:tr>
      <w:tr w:rsidR="00FA6D44" w:rsidRPr="000D1D3D" w14:paraId="005BCCF3" w14:textId="77777777" w:rsidTr="0004012C">
        <w:tc>
          <w:tcPr>
            <w:tcW w:w="5220" w:type="dxa"/>
            <w:vAlign w:val="center"/>
          </w:tcPr>
          <w:p w14:paraId="571834FA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sz w:val="22"/>
              </w:rPr>
              <w:t>Tindak Lanjut yang Ditetapkan</w:t>
            </w:r>
          </w:p>
        </w:tc>
        <w:tc>
          <w:tcPr>
            <w:tcW w:w="5355" w:type="dxa"/>
            <w:vAlign w:val="center"/>
          </w:tcPr>
          <w:p w14:paraId="56B53269" w14:textId="46808071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sz w:val="22"/>
              </w:rPr>
              <w:br/>
            </w:r>
          </w:p>
        </w:tc>
      </w:tr>
      <w:tr w:rsidR="00FA6D44" w:rsidRPr="000D1D3D" w14:paraId="4D3B1CFD" w14:textId="77777777" w:rsidTr="0004012C">
        <w:trPr>
          <w:trHeight w:val="325"/>
        </w:trPr>
        <w:tc>
          <w:tcPr>
            <w:tcW w:w="5220" w:type="dxa"/>
            <w:vAlign w:val="center"/>
          </w:tcPr>
          <w:p w14:paraId="5CD241D8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sz w:val="22"/>
              </w:rPr>
              <w:t xml:space="preserve">Nama 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Pengambil</w:t>
            </w:r>
            <w:proofErr w:type="spellEnd"/>
            <w:r w:rsidRPr="000D1D3D">
              <w:rPr>
                <w:rFonts w:asciiTheme="minorHAnsi" w:hAnsiTheme="minorHAnsi"/>
                <w:b/>
                <w:sz w:val="22"/>
              </w:rPr>
              <w:t xml:space="preserve"> Keputusan 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Keluhan</w:t>
            </w:r>
            <w:proofErr w:type="spellEnd"/>
          </w:p>
        </w:tc>
        <w:tc>
          <w:tcPr>
            <w:tcW w:w="5355" w:type="dxa"/>
            <w:vAlign w:val="center"/>
          </w:tcPr>
          <w:p w14:paraId="0934E4D3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FA6D44" w:rsidRPr="000D1D3D" w14:paraId="74F38994" w14:textId="77777777" w:rsidTr="0004012C">
        <w:trPr>
          <w:trHeight w:val="361"/>
        </w:trPr>
        <w:tc>
          <w:tcPr>
            <w:tcW w:w="5220" w:type="dxa"/>
            <w:vAlign w:val="center"/>
          </w:tcPr>
          <w:p w14:paraId="6FD3E16F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Tanggal</w:t>
            </w:r>
            <w:proofErr w:type="spellEnd"/>
            <w:r w:rsidRPr="000D1D3D">
              <w:rPr>
                <w:rFonts w:asciiTheme="minorHAnsi" w:hAnsiTheme="minorHAnsi"/>
                <w:b/>
                <w:sz w:val="22"/>
              </w:rPr>
              <w:t>/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Validasi</w:t>
            </w:r>
            <w:proofErr w:type="spellEnd"/>
            <w:r w:rsidRPr="000D1D3D">
              <w:rPr>
                <w:rFonts w:asciiTheme="minorHAnsi" w:hAnsiTheme="minorHAnsi"/>
                <w:b/>
                <w:sz w:val="22"/>
              </w:rPr>
              <w:t xml:space="preserve"> Keputusan</w:t>
            </w:r>
          </w:p>
        </w:tc>
        <w:tc>
          <w:tcPr>
            <w:tcW w:w="5355" w:type="dxa"/>
            <w:vAlign w:val="center"/>
          </w:tcPr>
          <w:p w14:paraId="2E7C6320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3DF1F37E" w14:textId="77777777" w:rsidR="00FA6D44" w:rsidRPr="000D1D3D" w:rsidRDefault="00DD2D79" w:rsidP="0004012C">
      <w:pPr>
        <w:spacing w:before="120"/>
        <w:rPr>
          <w:rFonts w:asciiTheme="minorHAnsi" w:hAnsiTheme="minorHAnsi"/>
          <w:sz w:val="22"/>
        </w:rPr>
      </w:pPr>
      <w:r w:rsidRPr="000D1D3D">
        <w:rPr>
          <w:rFonts w:asciiTheme="minorHAnsi" w:hAnsiTheme="minorHAnsi"/>
          <w:b/>
          <w:sz w:val="22"/>
        </w:rPr>
        <w:t>I. TINDAK LANJUT DAN VERIFIKASI</w:t>
      </w:r>
    </w:p>
    <w:tbl>
      <w:tblPr>
        <w:tblStyle w:val="TableGrid"/>
        <w:tblW w:w="10710" w:type="dxa"/>
        <w:tblInd w:w="288" w:type="dxa"/>
        <w:tblLook w:val="04A0" w:firstRow="1" w:lastRow="0" w:firstColumn="1" w:lastColumn="0" w:noHBand="0" w:noVBand="1"/>
      </w:tblPr>
      <w:tblGrid>
        <w:gridCol w:w="558"/>
        <w:gridCol w:w="3012"/>
        <w:gridCol w:w="1785"/>
        <w:gridCol w:w="1785"/>
        <w:gridCol w:w="1785"/>
        <w:gridCol w:w="1785"/>
      </w:tblGrid>
      <w:tr w:rsidR="00FA6D44" w:rsidRPr="000D1D3D" w14:paraId="505ADE85" w14:textId="77777777" w:rsidTr="0004012C">
        <w:tc>
          <w:tcPr>
            <w:tcW w:w="558" w:type="dxa"/>
            <w:shd w:val="clear" w:color="auto" w:fill="5B9BD5"/>
            <w:vAlign w:val="center"/>
          </w:tcPr>
          <w:p w14:paraId="06170504" w14:textId="77777777" w:rsidR="00FA6D44" w:rsidRPr="000D1D3D" w:rsidRDefault="00DD2D79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color w:val="FFFFFF"/>
                <w:sz w:val="22"/>
              </w:rPr>
              <w:t>No.</w:t>
            </w:r>
          </w:p>
        </w:tc>
        <w:tc>
          <w:tcPr>
            <w:tcW w:w="3012" w:type="dxa"/>
            <w:shd w:val="clear" w:color="auto" w:fill="5B9BD5"/>
            <w:vAlign w:val="center"/>
          </w:tcPr>
          <w:p w14:paraId="3C280E92" w14:textId="77777777" w:rsidR="00FA6D44" w:rsidRPr="000D1D3D" w:rsidRDefault="00DD2D79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color w:val="FFFFFF"/>
                <w:sz w:val="22"/>
              </w:rPr>
              <w:t>Tindakan</w:t>
            </w:r>
          </w:p>
        </w:tc>
        <w:tc>
          <w:tcPr>
            <w:tcW w:w="1785" w:type="dxa"/>
            <w:shd w:val="clear" w:color="auto" w:fill="5B9BD5"/>
            <w:vAlign w:val="center"/>
          </w:tcPr>
          <w:p w14:paraId="67C3BFA4" w14:textId="77777777" w:rsidR="00FA6D44" w:rsidRPr="000D1D3D" w:rsidRDefault="00DD2D79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color w:val="FFFFFF"/>
                <w:sz w:val="22"/>
              </w:rPr>
              <w:t>PIC</w:t>
            </w:r>
          </w:p>
        </w:tc>
        <w:tc>
          <w:tcPr>
            <w:tcW w:w="1785" w:type="dxa"/>
            <w:shd w:val="clear" w:color="auto" w:fill="5B9BD5"/>
            <w:vAlign w:val="center"/>
          </w:tcPr>
          <w:p w14:paraId="5B9BF727" w14:textId="77777777" w:rsidR="00FA6D44" w:rsidRPr="000D1D3D" w:rsidRDefault="00DD2D79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color w:val="FFFFFF"/>
                <w:sz w:val="22"/>
              </w:rPr>
              <w:t>Target</w:t>
            </w:r>
          </w:p>
        </w:tc>
        <w:tc>
          <w:tcPr>
            <w:tcW w:w="1785" w:type="dxa"/>
            <w:shd w:val="clear" w:color="auto" w:fill="5B9BD5"/>
            <w:vAlign w:val="center"/>
          </w:tcPr>
          <w:p w14:paraId="096587AF" w14:textId="77777777" w:rsidR="00FA6D44" w:rsidRPr="000D1D3D" w:rsidRDefault="00DD2D79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color w:val="FFFFFF"/>
                <w:sz w:val="22"/>
              </w:rPr>
              <w:t>Realisasi</w:t>
            </w:r>
          </w:p>
        </w:tc>
        <w:tc>
          <w:tcPr>
            <w:tcW w:w="1785" w:type="dxa"/>
            <w:shd w:val="clear" w:color="auto" w:fill="5B9BD5"/>
            <w:vAlign w:val="center"/>
          </w:tcPr>
          <w:p w14:paraId="1713095C" w14:textId="77777777" w:rsidR="00FA6D44" w:rsidRPr="000D1D3D" w:rsidRDefault="00DD2D79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color w:val="FFFFFF"/>
                <w:sz w:val="22"/>
              </w:rPr>
              <w:t>Bukti/Status</w:t>
            </w:r>
          </w:p>
        </w:tc>
      </w:tr>
      <w:tr w:rsidR="00FA6D44" w:rsidRPr="000D1D3D" w14:paraId="3D9C17E6" w14:textId="77777777" w:rsidTr="0004012C">
        <w:tc>
          <w:tcPr>
            <w:tcW w:w="558" w:type="dxa"/>
            <w:vAlign w:val="center"/>
          </w:tcPr>
          <w:p w14:paraId="491774D3" w14:textId="77777777" w:rsidR="00FA6D44" w:rsidRPr="000D1D3D" w:rsidRDefault="00DD2D79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sz w:val="22"/>
              </w:rPr>
              <w:t>1</w:t>
            </w:r>
          </w:p>
        </w:tc>
        <w:tc>
          <w:tcPr>
            <w:tcW w:w="3012" w:type="dxa"/>
            <w:vAlign w:val="center"/>
          </w:tcPr>
          <w:p w14:paraId="23E99AB2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785" w:type="dxa"/>
            <w:vAlign w:val="center"/>
          </w:tcPr>
          <w:p w14:paraId="53E0628C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785" w:type="dxa"/>
            <w:vAlign w:val="center"/>
          </w:tcPr>
          <w:p w14:paraId="6231846D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785" w:type="dxa"/>
            <w:vAlign w:val="center"/>
          </w:tcPr>
          <w:p w14:paraId="20B23532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785" w:type="dxa"/>
            <w:vAlign w:val="center"/>
          </w:tcPr>
          <w:p w14:paraId="6FAF92B5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FA6D44" w:rsidRPr="000D1D3D" w14:paraId="1C99EF59" w14:textId="77777777" w:rsidTr="0004012C">
        <w:tc>
          <w:tcPr>
            <w:tcW w:w="558" w:type="dxa"/>
            <w:vAlign w:val="center"/>
          </w:tcPr>
          <w:p w14:paraId="284DACFF" w14:textId="77777777" w:rsidR="00FA6D44" w:rsidRPr="000D1D3D" w:rsidRDefault="00DD2D79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sz w:val="22"/>
              </w:rPr>
              <w:t>2</w:t>
            </w:r>
          </w:p>
        </w:tc>
        <w:tc>
          <w:tcPr>
            <w:tcW w:w="3012" w:type="dxa"/>
            <w:vAlign w:val="center"/>
          </w:tcPr>
          <w:p w14:paraId="46F26F54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785" w:type="dxa"/>
            <w:vAlign w:val="center"/>
          </w:tcPr>
          <w:p w14:paraId="5DA5C84C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785" w:type="dxa"/>
            <w:vAlign w:val="center"/>
          </w:tcPr>
          <w:p w14:paraId="3C020332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785" w:type="dxa"/>
            <w:vAlign w:val="center"/>
          </w:tcPr>
          <w:p w14:paraId="34416B1C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785" w:type="dxa"/>
            <w:vAlign w:val="center"/>
          </w:tcPr>
          <w:p w14:paraId="4CB6D1C2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FA6D44" w:rsidRPr="000D1D3D" w14:paraId="021F9772" w14:textId="77777777" w:rsidTr="0004012C">
        <w:tc>
          <w:tcPr>
            <w:tcW w:w="558" w:type="dxa"/>
            <w:vAlign w:val="center"/>
          </w:tcPr>
          <w:p w14:paraId="587FE413" w14:textId="77777777" w:rsidR="00FA6D44" w:rsidRPr="000D1D3D" w:rsidRDefault="00DD2D79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sz w:val="22"/>
              </w:rPr>
              <w:t>3</w:t>
            </w:r>
          </w:p>
        </w:tc>
        <w:tc>
          <w:tcPr>
            <w:tcW w:w="3012" w:type="dxa"/>
            <w:vAlign w:val="center"/>
          </w:tcPr>
          <w:p w14:paraId="3D5D9654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785" w:type="dxa"/>
            <w:vAlign w:val="center"/>
          </w:tcPr>
          <w:p w14:paraId="4A5CDDCC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785" w:type="dxa"/>
            <w:vAlign w:val="center"/>
          </w:tcPr>
          <w:p w14:paraId="67B5A74F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785" w:type="dxa"/>
            <w:vAlign w:val="center"/>
          </w:tcPr>
          <w:p w14:paraId="3EE0777D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785" w:type="dxa"/>
            <w:vAlign w:val="center"/>
          </w:tcPr>
          <w:p w14:paraId="4454BE91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FA6D44" w:rsidRPr="000D1D3D" w14:paraId="1A962AAC" w14:textId="77777777" w:rsidTr="0004012C">
        <w:tc>
          <w:tcPr>
            <w:tcW w:w="558" w:type="dxa"/>
            <w:vAlign w:val="center"/>
          </w:tcPr>
          <w:p w14:paraId="1101B0EE" w14:textId="77777777" w:rsidR="00FA6D44" w:rsidRPr="000D1D3D" w:rsidRDefault="00DD2D79">
            <w:pPr>
              <w:spacing w:after="0"/>
              <w:jc w:val="center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sz w:val="22"/>
              </w:rPr>
              <w:t>4</w:t>
            </w:r>
          </w:p>
        </w:tc>
        <w:tc>
          <w:tcPr>
            <w:tcW w:w="3012" w:type="dxa"/>
            <w:vAlign w:val="center"/>
          </w:tcPr>
          <w:p w14:paraId="08ED5D01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785" w:type="dxa"/>
            <w:vAlign w:val="center"/>
          </w:tcPr>
          <w:p w14:paraId="15159EDF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785" w:type="dxa"/>
            <w:vAlign w:val="center"/>
          </w:tcPr>
          <w:p w14:paraId="797C8AA1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785" w:type="dxa"/>
            <w:vAlign w:val="center"/>
          </w:tcPr>
          <w:p w14:paraId="39DF367A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785" w:type="dxa"/>
            <w:vAlign w:val="center"/>
          </w:tcPr>
          <w:p w14:paraId="4339C70E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FA6D44" w:rsidRPr="000D1D3D" w14:paraId="1238151F" w14:textId="77777777" w:rsidTr="0004012C">
        <w:tc>
          <w:tcPr>
            <w:tcW w:w="5355" w:type="dxa"/>
            <w:gridSpan w:val="3"/>
            <w:vAlign w:val="center"/>
          </w:tcPr>
          <w:p w14:paraId="0DEFC002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sz w:val="22"/>
              </w:rPr>
              <w:t xml:space="preserve">Tindakan 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Korektif</w:t>
            </w:r>
            <w:proofErr w:type="spellEnd"/>
            <w:r w:rsidRPr="000D1D3D">
              <w:rPr>
                <w:rFonts w:asciiTheme="minorHAnsi" w:hAnsiTheme="minorHAnsi"/>
                <w:b/>
                <w:sz w:val="22"/>
              </w:rPr>
              <w:t xml:space="preserve"> 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Sistem</w:t>
            </w:r>
            <w:proofErr w:type="spellEnd"/>
            <w:r w:rsidRPr="000D1D3D">
              <w:rPr>
                <w:rFonts w:asciiTheme="minorHAnsi" w:hAnsiTheme="minorHAnsi"/>
                <w:b/>
                <w:sz w:val="22"/>
              </w:rPr>
              <w:t xml:space="preserve"> 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Diperlukan</w:t>
            </w:r>
            <w:proofErr w:type="spellEnd"/>
            <w:r w:rsidRPr="000D1D3D">
              <w:rPr>
                <w:rFonts w:asciiTheme="minorHAnsi" w:hAnsiTheme="minorHAnsi"/>
                <w:b/>
                <w:sz w:val="22"/>
              </w:rPr>
              <w:t>?</w:t>
            </w:r>
          </w:p>
        </w:tc>
        <w:tc>
          <w:tcPr>
            <w:tcW w:w="5355" w:type="dxa"/>
            <w:gridSpan w:val="3"/>
            <w:vAlign w:val="center"/>
          </w:tcPr>
          <w:p w14:paraId="41A5D70E" w14:textId="15A6C79C" w:rsidR="00FA6D44" w:rsidRPr="000D1D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57147147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04012C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04012C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Tidak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  </w:t>
            </w: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200603900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04012C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04012C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Ya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,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referensi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>: __________</w:t>
            </w:r>
          </w:p>
        </w:tc>
      </w:tr>
      <w:tr w:rsidR="00FA6D44" w:rsidRPr="000D1D3D" w14:paraId="4F1BBCB2" w14:textId="77777777" w:rsidTr="0004012C">
        <w:tc>
          <w:tcPr>
            <w:tcW w:w="5355" w:type="dxa"/>
            <w:gridSpan w:val="3"/>
            <w:vAlign w:val="center"/>
          </w:tcPr>
          <w:p w14:paraId="0C8F025C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sz w:val="22"/>
              </w:rPr>
              <w:t>Verifikasi Efektivitas</w:t>
            </w:r>
          </w:p>
        </w:tc>
        <w:tc>
          <w:tcPr>
            <w:tcW w:w="5355" w:type="dxa"/>
            <w:gridSpan w:val="3"/>
            <w:vAlign w:val="center"/>
          </w:tcPr>
          <w:p w14:paraId="655A2A75" w14:textId="785C8C17" w:rsidR="00FA6D44" w:rsidRPr="000D1D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43876528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04012C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Memadai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>/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Selesai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  </w:t>
            </w: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23389278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04012C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Belum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Memadai</w:t>
            </w:r>
            <w:proofErr w:type="spellEnd"/>
          </w:p>
        </w:tc>
      </w:tr>
      <w:tr w:rsidR="00FA6D44" w:rsidRPr="000D1D3D" w14:paraId="3E86035E" w14:textId="77777777" w:rsidTr="0004012C">
        <w:tc>
          <w:tcPr>
            <w:tcW w:w="5355" w:type="dxa"/>
            <w:gridSpan w:val="3"/>
            <w:vAlign w:val="center"/>
          </w:tcPr>
          <w:p w14:paraId="7622CB9B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sz w:val="22"/>
              </w:rPr>
              <w:t>Diverifikasi Oleh/Tanggal</w:t>
            </w:r>
          </w:p>
        </w:tc>
        <w:tc>
          <w:tcPr>
            <w:tcW w:w="5355" w:type="dxa"/>
            <w:gridSpan w:val="3"/>
            <w:vAlign w:val="center"/>
          </w:tcPr>
          <w:p w14:paraId="2FE9FC6F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FA6D44" w:rsidRPr="000D1D3D" w14:paraId="24B62772" w14:textId="77777777" w:rsidTr="0004012C">
        <w:tc>
          <w:tcPr>
            <w:tcW w:w="5355" w:type="dxa"/>
            <w:gridSpan w:val="3"/>
            <w:vAlign w:val="center"/>
          </w:tcPr>
          <w:p w14:paraId="363C0D35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sz w:val="22"/>
              </w:rPr>
              <w:t>Respons KAN/Regulator (jika relevan)</w:t>
            </w:r>
          </w:p>
        </w:tc>
        <w:tc>
          <w:tcPr>
            <w:tcW w:w="5355" w:type="dxa"/>
            <w:gridSpan w:val="3"/>
            <w:vAlign w:val="center"/>
          </w:tcPr>
          <w:p w14:paraId="38D37ED9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sz w:val="22"/>
              </w:rPr>
              <w:t>Nomor/tanggal: _________________</w:t>
            </w:r>
            <w:proofErr w:type="gramStart"/>
            <w:r w:rsidRPr="000D1D3D">
              <w:rPr>
                <w:rFonts w:asciiTheme="minorHAnsi" w:hAnsiTheme="minorHAnsi"/>
                <w:sz w:val="22"/>
              </w:rPr>
              <w:t>_  Status</w:t>
            </w:r>
            <w:proofErr w:type="gramEnd"/>
            <w:r w:rsidRPr="000D1D3D">
              <w:rPr>
                <w:rFonts w:asciiTheme="minorHAnsi" w:hAnsiTheme="minorHAnsi"/>
                <w:sz w:val="22"/>
              </w:rPr>
              <w:t>: __________________</w:t>
            </w:r>
          </w:p>
        </w:tc>
      </w:tr>
    </w:tbl>
    <w:p w14:paraId="7B14075E" w14:textId="77777777" w:rsidR="00FA6D44" w:rsidRPr="000D1D3D" w:rsidRDefault="00DD2D79" w:rsidP="0004012C">
      <w:pPr>
        <w:spacing w:before="120"/>
        <w:rPr>
          <w:rFonts w:asciiTheme="minorHAnsi" w:hAnsiTheme="minorHAnsi"/>
          <w:sz w:val="22"/>
        </w:rPr>
      </w:pPr>
      <w:r w:rsidRPr="000D1D3D">
        <w:rPr>
          <w:rFonts w:asciiTheme="minorHAnsi" w:hAnsiTheme="minorHAnsi"/>
          <w:b/>
          <w:sz w:val="22"/>
        </w:rPr>
        <w:t>J. KOMUNIKASI DAN PENUTUPAN</w:t>
      </w:r>
    </w:p>
    <w:tbl>
      <w:tblPr>
        <w:tblStyle w:val="TableGrid"/>
        <w:tblW w:w="10710" w:type="dxa"/>
        <w:tblInd w:w="288" w:type="dxa"/>
        <w:tblLook w:val="04A0" w:firstRow="1" w:lastRow="0" w:firstColumn="1" w:lastColumn="0" w:noHBand="0" w:noVBand="1"/>
      </w:tblPr>
      <w:tblGrid>
        <w:gridCol w:w="5355"/>
        <w:gridCol w:w="5355"/>
      </w:tblGrid>
      <w:tr w:rsidR="00FA6D44" w:rsidRPr="000D1D3D" w14:paraId="628E5383" w14:textId="77777777" w:rsidTr="0004012C">
        <w:trPr>
          <w:trHeight w:val="325"/>
        </w:trPr>
        <w:tc>
          <w:tcPr>
            <w:tcW w:w="5355" w:type="dxa"/>
            <w:vAlign w:val="center"/>
          </w:tcPr>
          <w:p w14:paraId="4A6BA1E0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Laporan</w:t>
            </w:r>
            <w:proofErr w:type="spellEnd"/>
            <w:r w:rsidRPr="000D1D3D">
              <w:rPr>
                <w:rFonts w:asciiTheme="minorHAnsi" w:hAnsiTheme="minorHAnsi"/>
                <w:b/>
                <w:sz w:val="22"/>
              </w:rPr>
              <w:t xml:space="preserve"> 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Kemajuan</w:t>
            </w:r>
            <w:proofErr w:type="spellEnd"/>
            <w:r w:rsidRPr="000D1D3D">
              <w:rPr>
                <w:rFonts w:asciiTheme="minorHAnsi" w:hAnsiTheme="minorHAnsi"/>
                <w:b/>
                <w:sz w:val="22"/>
              </w:rPr>
              <w:t xml:space="preserve"> 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Dikirim</w:t>
            </w:r>
            <w:proofErr w:type="spellEnd"/>
          </w:p>
        </w:tc>
        <w:tc>
          <w:tcPr>
            <w:tcW w:w="5355" w:type="dxa"/>
            <w:vAlign w:val="center"/>
          </w:tcPr>
          <w:p w14:paraId="1E2DEA9D" w14:textId="6AB294F0" w:rsidR="00FA6D44" w:rsidRPr="000D1D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192113858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04012C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Tidak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diperlukan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 </w:t>
            </w: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158837268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04012C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Ya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,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tanggal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>: ________</w:t>
            </w:r>
          </w:p>
        </w:tc>
      </w:tr>
      <w:tr w:rsidR="00FA6D44" w:rsidRPr="000D1D3D" w14:paraId="5AB7F068" w14:textId="77777777" w:rsidTr="0004012C">
        <w:trPr>
          <w:trHeight w:val="262"/>
        </w:trPr>
        <w:tc>
          <w:tcPr>
            <w:tcW w:w="5355" w:type="dxa"/>
            <w:vAlign w:val="center"/>
          </w:tcPr>
          <w:p w14:paraId="0926B790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Tanggal</w:t>
            </w:r>
            <w:proofErr w:type="spellEnd"/>
            <w:r w:rsidRPr="000D1D3D">
              <w:rPr>
                <w:rFonts w:asciiTheme="minorHAnsi" w:hAnsiTheme="minorHAnsi"/>
                <w:b/>
                <w:sz w:val="22"/>
              </w:rPr>
              <w:t xml:space="preserve"> Hasil Akhir 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Diberitahukan</w:t>
            </w:r>
            <w:proofErr w:type="spellEnd"/>
          </w:p>
        </w:tc>
        <w:tc>
          <w:tcPr>
            <w:tcW w:w="5355" w:type="dxa"/>
            <w:vAlign w:val="center"/>
          </w:tcPr>
          <w:p w14:paraId="2D5CC32A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FA6D44" w:rsidRPr="000D1D3D" w14:paraId="4AD2D075" w14:textId="77777777" w:rsidTr="0004012C">
        <w:tc>
          <w:tcPr>
            <w:tcW w:w="5355" w:type="dxa"/>
            <w:vAlign w:val="center"/>
          </w:tcPr>
          <w:p w14:paraId="5D8EB0ED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sz w:val="22"/>
              </w:rPr>
              <w:t xml:space="preserve">Media 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Pemberitahuan</w:t>
            </w:r>
            <w:proofErr w:type="spellEnd"/>
          </w:p>
        </w:tc>
        <w:tc>
          <w:tcPr>
            <w:tcW w:w="5355" w:type="dxa"/>
            <w:vAlign w:val="center"/>
          </w:tcPr>
          <w:p w14:paraId="46266A8F" w14:textId="546373B2" w:rsidR="00FA6D44" w:rsidRPr="000D1D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78866463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04012C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Email </w:t>
            </w: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201174184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04012C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Surat </w:t>
            </w:r>
            <w:r w:rsidR="00DD2D79" w:rsidRPr="000D1D3D">
              <w:rPr>
                <w:rFonts w:ascii="Segoe UI Symbol" w:hAnsi="Segoe UI Symbol" w:cs="Segoe UI Symbol"/>
                <w:sz w:val="22"/>
              </w:rPr>
              <w:t>☐</w:t>
            </w:r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Lainnya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>: ______</w:t>
            </w:r>
          </w:p>
        </w:tc>
      </w:tr>
      <w:tr w:rsidR="00FA6D44" w:rsidRPr="000D1D3D" w14:paraId="68F6DE97" w14:textId="77777777" w:rsidTr="0004012C">
        <w:tc>
          <w:tcPr>
            <w:tcW w:w="5355" w:type="dxa"/>
            <w:vAlign w:val="center"/>
          </w:tcPr>
          <w:p w14:paraId="1493F08C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sz w:val="22"/>
              </w:rPr>
              <w:t>Publikasi diperlukan?</w:t>
            </w:r>
          </w:p>
        </w:tc>
        <w:tc>
          <w:tcPr>
            <w:tcW w:w="5355" w:type="dxa"/>
            <w:vAlign w:val="center"/>
          </w:tcPr>
          <w:p w14:paraId="0A7FEEBF" w14:textId="76F9473F" w:rsidR="00FA6D44" w:rsidRPr="000D1D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71681652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04012C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Tidak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310349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04012C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Ya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;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persetujuan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>/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ketentuan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>: __________________</w:t>
            </w:r>
          </w:p>
        </w:tc>
      </w:tr>
      <w:tr w:rsidR="00FA6D44" w:rsidRPr="000D1D3D" w14:paraId="5685AAB8" w14:textId="77777777" w:rsidTr="0004012C">
        <w:tc>
          <w:tcPr>
            <w:tcW w:w="5355" w:type="dxa"/>
            <w:vAlign w:val="center"/>
          </w:tcPr>
          <w:p w14:paraId="61C63273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sz w:val="22"/>
              </w:rPr>
              <w:t>Tanggal Kasus Ditutup</w:t>
            </w:r>
          </w:p>
        </w:tc>
        <w:tc>
          <w:tcPr>
            <w:tcW w:w="5355" w:type="dxa"/>
            <w:vAlign w:val="center"/>
          </w:tcPr>
          <w:p w14:paraId="0B8A5FB0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FA6D44" w:rsidRPr="000D1D3D" w14:paraId="5372E29F" w14:textId="77777777" w:rsidTr="0004012C">
        <w:tc>
          <w:tcPr>
            <w:tcW w:w="5355" w:type="dxa"/>
            <w:vAlign w:val="center"/>
          </w:tcPr>
          <w:p w14:paraId="60F32F21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sz w:val="22"/>
              </w:rPr>
              <w:t>Status Akhir</w:t>
            </w:r>
          </w:p>
        </w:tc>
        <w:tc>
          <w:tcPr>
            <w:tcW w:w="5355" w:type="dxa"/>
            <w:vAlign w:val="center"/>
          </w:tcPr>
          <w:p w14:paraId="02F2BE0B" w14:textId="77777777" w:rsidR="0004012C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210741033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04012C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Selesai-Terbukti</w:t>
            </w:r>
            <w:proofErr w:type="spellEnd"/>
          </w:p>
          <w:p w14:paraId="2F0A312F" w14:textId="77777777" w:rsidR="0004012C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141659487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04012C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Selesai-Terbukti Sebagian </w:t>
            </w:r>
          </w:p>
          <w:p w14:paraId="6697F066" w14:textId="436B265E" w:rsidR="0004012C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67495097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04012C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Selesai-Tidak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Terbukti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br/>
            </w: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198645462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04012C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Dialihkan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ke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Banding </w:t>
            </w:r>
          </w:p>
          <w:p w14:paraId="6C640078" w14:textId="069D3C80" w:rsidR="00FA6D44" w:rsidRPr="000D1D3D" w:rsidRDefault="005B407D">
            <w:pPr>
              <w:spacing w:after="0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eastAsia="MS Gothic" w:hAnsiTheme="minorHAnsi" w:cs="Calibri"/>
                  <w:sz w:val="22"/>
                  <w:szCs w:val="20"/>
                </w:rPr>
                <w:id w:val="-196256543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04012C">
                  <w:rPr>
                    <w:rFonts w:ascii="MS Gothic" w:eastAsia="MS Gothic" w:hAnsi="MS Gothic" w:cs="Calibri" w:hint="eastAsia"/>
                    <w:sz w:val="22"/>
                    <w:szCs w:val="20"/>
                  </w:rPr>
                  <w:t>☐</w:t>
                </w:r>
              </w:sdtContent>
            </w:sdt>
            <w:r w:rsidR="00DD2D79" w:rsidRPr="000D1D3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Ditutup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-Di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Luar</w:t>
            </w:r>
            <w:proofErr w:type="spellEnd"/>
            <w:r w:rsidR="00DD2D79" w:rsidRPr="000D1D3D">
              <w:rPr>
                <w:rFonts w:asciiTheme="minorHAnsi" w:hAnsiTheme="minorHAnsi"/>
                <w:sz w:val="22"/>
              </w:rPr>
              <w:t xml:space="preserve"> Ruang </w:t>
            </w:r>
            <w:proofErr w:type="spellStart"/>
            <w:r w:rsidR="00DD2D79" w:rsidRPr="000D1D3D">
              <w:rPr>
                <w:rFonts w:asciiTheme="minorHAnsi" w:hAnsiTheme="minorHAnsi"/>
                <w:sz w:val="22"/>
              </w:rPr>
              <w:t>Lingkup</w:t>
            </w:r>
            <w:proofErr w:type="spellEnd"/>
          </w:p>
        </w:tc>
      </w:tr>
      <w:tr w:rsidR="00FA6D44" w:rsidRPr="000D1D3D" w14:paraId="7F64AC7E" w14:textId="77777777" w:rsidTr="0004012C">
        <w:tc>
          <w:tcPr>
            <w:tcW w:w="5355" w:type="dxa"/>
            <w:vAlign w:val="center"/>
          </w:tcPr>
          <w:p w14:paraId="796CBE4E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sz w:val="22"/>
              </w:rPr>
              <w:t>Catatan Penutupan</w:t>
            </w:r>
          </w:p>
        </w:tc>
        <w:tc>
          <w:tcPr>
            <w:tcW w:w="5355" w:type="dxa"/>
            <w:vAlign w:val="center"/>
          </w:tcPr>
          <w:p w14:paraId="5BCDC0A7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sz w:val="22"/>
              </w:rPr>
              <w:br/>
            </w:r>
            <w:r w:rsidRPr="000D1D3D">
              <w:rPr>
                <w:rFonts w:asciiTheme="minorHAnsi" w:hAnsiTheme="minorHAnsi"/>
                <w:sz w:val="22"/>
              </w:rPr>
              <w:br/>
            </w:r>
          </w:p>
        </w:tc>
      </w:tr>
      <w:tr w:rsidR="00FA6D44" w:rsidRPr="000D1D3D" w14:paraId="6367CE52" w14:textId="77777777" w:rsidTr="0004012C">
        <w:trPr>
          <w:trHeight w:val="865"/>
        </w:trPr>
        <w:tc>
          <w:tcPr>
            <w:tcW w:w="5355" w:type="dxa"/>
            <w:vAlign w:val="center"/>
          </w:tcPr>
          <w:p w14:paraId="543A5835" w14:textId="77777777" w:rsidR="00FA6D44" w:rsidRPr="000D1D3D" w:rsidRDefault="00DD2D79">
            <w:pPr>
              <w:spacing w:after="0"/>
              <w:rPr>
                <w:rFonts w:asciiTheme="minorHAnsi" w:hAnsiTheme="minorHAnsi"/>
                <w:sz w:val="22"/>
              </w:rPr>
            </w:pPr>
            <w:r w:rsidRPr="000D1D3D">
              <w:rPr>
                <w:rFonts w:asciiTheme="minorHAnsi" w:hAnsiTheme="minorHAnsi"/>
                <w:b/>
                <w:sz w:val="22"/>
              </w:rPr>
              <w:t>Nama/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Validasi</w:t>
            </w:r>
            <w:proofErr w:type="spellEnd"/>
            <w:r w:rsidRPr="000D1D3D">
              <w:rPr>
                <w:rFonts w:asciiTheme="minorHAnsi" w:hAnsiTheme="minorHAnsi"/>
                <w:b/>
                <w:sz w:val="22"/>
              </w:rPr>
              <w:t xml:space="preserve"> 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Manajer</w:t>
            </w:r>
            <w:proofErr w:type="spellEnd"/>
            <w:r w:rsidRPr="000D1D3D">
              <w:rPr>
                <w:rFonts w:asciiTheme="minorHAnsi" w:hAnsiTheme="minorHAnsi"/>
                <w:b/>
                <w:sz w:val="22"/>
              </w:rPr>
              <w:t xml:space="preserve"> </w:t>
            </w:r>
            <w:proofErr w:type="spellStart"/>
            <w:r w:rsidRPr="000D1D3D">
              <w:rPr>
                <w:rFonts w:asciiTheme="minorHAnsi" w:hAnsiTheme="minorHAnsi"/>
                <w:b/>
                <w:sz w:val="22"/>
              </w:rPr>
              <w:t>Mutu</w:t>
            </w:r>
            <w:proofErr w:type="spellEnd"/>
            <w:r w:rsidRPr="000D1D3D">
              <w:rPr>
                <w:rFonts w:asciiTheme="minorHAnsi" w:hAnsiTheme="minorHAnsi"/>
                <w:b/>
                <w:sz w:val="22"/>
              </w:rPr>
              <w:t xml:space="preserve"> dan Administrasi</w:t>
            </w:r>
          </w:p>
        </w:tc>
        <w:tc>
          <w:tcPr>
            <w:tcW w:w="5355" w:type="dxa"/>
            <w:vAlign w:val="center"/>
          </w:tcPr>
          <w:p w14:paraId="5D56BB99" w14:textId="77777777" w:rsidR="00FA6D44" w:rsidRPr="000D1D3D" w:rsidRDefault="00FA6D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206315A7" w14:textId="77777777" w:rsidR="00DD2D79" w:rsidRPr="000D1D3D" w:rsidRDefault="00DD2D79">
      <w:pPr>
        <w:rPr>
          <w:rFonts w:asciiTheme="minorHAnsi" w:hAnsiTheme="minorHAnsi"/>
          <w:sz w:val="22"/>
        </w:rPr>
      </w:pPr>
    </w:p>
    <w:sectPr w:rsidR="00DD2D79" w:rsidRPr="000D1D3D" w:rsidSect="00034616">
      <w:headerReference w:type="default" r:id="rId8"/>
      <w:pgSz w:w="12240" w:h="15840"/>
      <w:pgMar w:top="709" w:right="765" w:bottom="709" w:left="76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FB5AC" w14:textId="77777777" w:rsidR="005B407D" w:rsidRDefault="005B407D" w:rsidP="000D1D3D">
      <w:pPr>
        <w:spacing w:after="0" w:line="240" w:lineRule="auto"/>
      </w:pPr>
      <w:r>
        <w:separator/>
      </w:r>
    </w:p>
  </w:endnote>
  <w:endnote w:type="continuationSeparator" w:id="0">
    <w:p w14:paraId="5904A95B" w14:textId="77777777" w:rsidR="005B407D" w:rsidRDefault="005B407D" w:rsidP="000D1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044D2" w14:textId="77777777" w:rsidR="005B407D" w:rsidRDefault="005B407D" w:rsidP="000D1D3D">
      <w:pPr>
        <w:spacing w:after="0" w:line="240" w:lineRule="auto"/>
      </w:pPr>
      <w:r>
        <w:separator/>
      </w:r>
    </w:p>
  </w:footnote>
  <w:footnote w:type="continuationSeparator" w:id="0">
    <w:p w14:paraId="2F6EB9AE" w14:textId="77777777" w:rsidR="005B407D" w:rsidRDefault="005B407D" w:rsidP="000D1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924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986"/>
      <w:gridCol w:w="5239"/>
      <w:gridCol w:w="1701"/>
      <w:gridCol w:w="1998"/>
    </w:tblGrid>
    <w:tr w:rsidR="000D1D3D" w:rsidRPr="00FD14F1" w14:paraId="0FE247FC" w14:textId="77777777" w:rsidTr="006A2333">
      <w:trPr>
        <w:jc w:val="center"/>
      </w:trPr>
      <w:tc>
        <w:tcPr>
          <w:tcW w:w="1986" w:type="dxa"/>
          <w:vMerge w:val="restart"/>
          <w:vAlign w:val="center"/>
        </w:tcPr>
        <w:p w14:paraId="32DFB570" w14:textId="77777777" w:rsidR="000D1D3D" w:rsidRPr="00FD14F1" w:rsidRDefault="000D1D3D" w:rsidP="000D1D3D">
          <w:pPr>
            <w:spacing w:after="0" w:line="240" w:lineRule="auto"/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6EF10819" wp14:editId="2FD0A257">
                <wp:simplePos x="0" y="0"/>
                <wp:positionH relativeFrom="column">
                  <wp:posOffset>30480</wp:posOffset>
                </wp:positionH>
                <wp:positionV relativeFrom="paragraph">
                  <wp:posOffset>-56515</wp:posOffset>
                </wp:positionV>
                <wp:extent cx="990600" cy="414020"/>
                <wp:effectExtent l="0" t="0" r="0" b="508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414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39" w:type="dxa"/>
        </w:tcPr>
        <w:p w14:paraId="4B4046FA" w14:textId="4B9FDC61" w:rsidR="000D1D3D" w:rsidRPr="00D13170" w:rsidRDefault="000D1D3D" w:rsidP="000D1D3D">
          <w:pPr>
            <w:spacing w:after="0" w:line="240" w:lineRule="auto"/>
            <w:jc w:val="center"/>
            <w:rPr>
              <w:rFonts w:ascii="Cambria" w:hAnsi="Cambria"/>
              <w:b/>
              <w:bCs/>
            </w:rPr>
          </w:pPr>
          <w:r w:rsidRPr="00D13170">
            <w:rPr>
              <w:rFonts w:ascii="Cambria" w:hAnsi="Cambria"/>
              <w:b/>
              <w:bCs/>
            </w:rPr>
            <w:t>No</w:t>
          </w:r>
          <w:r>
            <w:rPr>
              <w:rFonts w:ascii="Cambria" w:hAnsi="Cambria"/>
              <w:b/>
              <w:bCs/>
            </w:rPr>
            <w:t>: FR.AK.07</w:t>
          </w:r>
        </w:p>
      </w:tc>
      <w:tc>
        <w:tcPr>
          <w:tcW w:w="1701" w:type="dxa"/>
        </w:tcPr>
        <w:p w14:paraId="7BEFD4FC" w14:textId="77777777" w:rsidR="000D1D3D" w:rsidRPr="00D13170" w:rsidRDefault="000D1D3D" w:rsidP="000D1D3D">
          <w:pPr>
            <w:spacing w:after="0" w:line="240" w:lineRule="auto"/>
            <w:rPr>
              <w:rFonts w:ascii="Cambria" w:hAnsi="Cambria"/>
            </w:rPr>
          </w:pPr>
          <w:proofErr w:type="spellStart"/>
          <w:r w:rsidRPr="00D13170">
            <w:rPr>
              <w:rFonts w:ascii="Cambria" w:hAnsi="Cambria"/>
            </w:rPr>
            <w:t>T</w:t>
          </w:r>
          <w:r>
            <w:rPr>
              <w:rFonts w:ascii="Cambria" w:hAnsi="Cambria"/>
            </w:rPr>
            <w:t>gl</w:t>
          </w:r>
          <w:proofErr w:type="spellEnd"/>
          <w:r>
            <w:rPr>
              <w:rFonts w:ascii="Cambria" w:hAnsi="Cambria"/>
            </w:rPr>
            <w:t xml:space="preserve">. </w:t>
          </w:r>
          <w:proofErr w:type="spellStart"/>
          <w:r>
            <w:rPr>
              <w:rFonts w:ascii="Cambria" w:hAnsi="Cambria"/>
            </w:rPr>
            <w:t>Pembuatan</w:t>
          </w:r>
          <w:proofErr w:type="spellEnd"/>
        </w:p>
      </w:tc>
      <w:tc>
        <w:tcPr>
          <w:tcW w:w="1998" w:type="dxa"/>
        </w:tcPr>
        <w:p w14:paraId="3ACAC487" w14:textId="77777777" w:rsidR="000D1D3D" w:rsidRPr="00D13170" w:rsidRDefault="000D1D3D" w:rsidP="000D1D3D">
          <w:pPr>
            <w:spacing w:after="0" w:line="240" w:lineRule="auto"/>
            <w:rPr>
              <w:rFonts w:ascii="Cambria" w:hAnsi="Cambria"/>
            </w:rPr>
          </w:pPr>
          <w:r w:rsidRPr="00C23E98">
            <w:rPr>
              <w:rFonts w:ascii="Cambria" w:hAnsi="Cambria"/>
            </w:rPr>
            <w:t xml:space="preserve">24 </w:t>
          </w:r>
          <w:r>
            <w:rPr>
              <w:rFonts w:ascii="Cambria" w:hAnsi="Cambria"/>
            </w:rPr>
            <w:t>Mei</w:t>
          </w:r>
          <w:r w:rsidRPr="00C23E98">
            <w:rPr>
              <w:rFonts w:ascii="Cambria" w:hAnsi="Cambria"/>
            </w:rPr>
            <w:t xml:space="preserve"> 2024</w:t>
          </w:r>
        </w:p>
      </w:tc>
    </w:tr>
    <w:tr w:rsidR="000D1D3D" w:rsidRPr="00FD14F1" w14:paraId="34798D31" w14:textId="77777777" w:rsidTr="006A2333">
      <w:trPr>
        <w:jc w:val="center"/>
      </w:trPr>
      <w:tc>
        <w:tcPr>
          <w:tcW w:w="1986" w:type="dxa"/>
          <w:vMerge/>
        </w:tcPr>
        <w:p w14:paraId="76F05953" w14:textId="77777777" w:rsidR="000D1D3D" w:rsidRPr="00FD14F1" w:rsidRDefault="000D1D3D" w:rsidP="000D1D3D">
          <w:pPr>
            <w:spacing w:after="0" w:line="240" w:lineRule="auto"/>
          </w:pPr>
        </w:p>
      </w:tc>
      <w:tc>
        <w:tcPr>
          <w:tcW w:w="5239" w:type="dxa"/>
          <w:vMerge w:val="restart"/>
          <w:vAlign w:val="center"/>
        </w:tcPr>
        <w:p w14:paraId="7D9FA9A1" w14:textId="442047A3" w:rsidR="000D1D3D" w:rsidRPr="00EE61FF" w:rsidRDefault="000D1D3D" w:rsidP="000D1D3D">
          <w:pPr>
            <w:spacing w:after="0" w:line="240" w:lineRule="auto"/>
            <w:jc w:val="center"/>
            <w:rPr>
              <w:rFonts w:ascii="Cambria" w:hAnsi="Cambria" w:cs="Tahoma"/>
              <w:b/>
              <w:sz w:val="28"/>
              <w:szCs w:val="28"/>
            </w:rPr>
          </w:pPr>
          <w:r>
            <w:rPr>
              <w:rFonts w:ascii="Cambria" w:hAnsi="Cambria" w:cs="Tahoma"/>
              <w:b/>
              <w:sz w:val="24"/>
              <w:szCs w:val="24"/>
            </w:rPr>
            <w:t>PENGAJUAN DAN PENANGANAN KELUHAN</w:t>
          </w:r>
        </w:p>
      </w:tc>
      <w:tc>
        <w:tcPr>
          <w:tcW w:w="1701" w:type="dxa"/>
        </w:tcPr>
        <w:p w14:paraId="713B75A7" w14:textId="77777777" w:rsidR="000D1D3D" w:rsidRPr="00D13170" w:rsidRDefault="000D1D3D" w:rsidP="000D1D3D">
          <w:pPr>
            <w:spacing w:after="0" w:line="240" w:lineRule="auto"/>
            <w:rPr>
              <w:rFonts w:ascii="Cambria" w:hAnsi="Cambria"/>
            </w:rPr>
          </w:pPr>
          <w:proofErr w:type="spellStart"/>
          <w:r w:rsidRPr="00D13170">
            <w:rPr>
              <w:rFonts w:ascii="Cambria" w:hAnsi="Cambria"/>
            </w:rPr>
            <w:t>Nomor</w:t>
          </w:r>
          <w:proofErr w:type="spellEnd"/>
          <w:r w:rsidRPr="00D13170">
            <w:rPr>
              <w:rFonts w:ascii="Cambria" w:hAnsi="Cambria"/>
            </w:rPr>
            <w:t xml:space="preserve"> </w:t>
          </w:r>
          <w:proofErr w:type="spellStart"/>
          <w:r w:rsidRPr="00D13170">
            <w:rPr>
              <w:rFonts w:ascii="Cambria" w:hAnsi="Cambria"/>
            </w:rPr>
            <w:t>Revisi</w:t>
          </w:r>
          <w:proofErr w:type="spellEnd"/>
        </w:p>
      </w:tc>
      <w:tc>
        <w:tcPr>
          <w:tcW w:w="1998" w:type="dxa"/>
        </w:tcPr>
        <w:p w14:paraId="111D84BA" w14:textId="77777777" w:rsidR="000D1D3D" w:rsidRPr="00D13170" w:rsidRDefault="000D1D3D" w:rsidP="000D1D3D">
          <w:pPr>
            <w:spacing w:after="0" w:line="240" w:lineRule="auto"/>
            <w:rPr>
              <w:rFonts w:ascii="Cambria" w:hAnsi="Cambria"/>
            </w:rPr>
          </w:pPr>
          <w:r>
            <w:rPr>
              <w:rFonts w:ascii="Cambria" w:hAnsi="Cambria"/>
            </w:rPr>
            <w:t>1</w:t>
          </w:r>
        </w:p>
      </w:tc>
    </w:tr>
    <w:tr w:rsidR="000D1D3D" w:rsidRPr="00FD14F1" w14:paraId="37F43971" w14:textId="77777777" w:rsidTr="006A2333">
      <w:trPr>
        <w:jc w:val="center"/>
      </w:trPr>
      <w:tc>
        <w:tcPr>
          <w:tcW w:w="1986" w:type="dxa"/>
          <w:vMerge/>
        </w:tcPr>
        <w:p w14:paraId="362A5E6D" w14:textId="77777777" w:rsidR="000D1D3D" w:rsidRPr="00FD14F1" w:rsidRDefault="000D1D3D" w:rsidP="000D1D3D">
          <w:pPr>
            <w:spacing w:after="0" w:line="240" w:lineRule="auto"/>
          </w:pPr>
        </w:p>
      </w:tc>
      <w:tc>
        <w:tcPr>
          <w:tcW w:w="5239" w:type="dxa"/>
          <w:vMerge/>
        </w:tcPr>
        <w:p w14:paraId="12755C55" w14:textId="77777777" w:rsidR="000D1D3D" w:rsidRPr="00B10257" w:rsidRDefault="000D1D3D" w:rsidP="000D1D3D">
          <w:pPr>
            <w:spacing w:after="0" w:line="240" w:lineRule="auto"/>
            <w:rPr>
              <w:sz w:val="26"/>
            </w:rPr>
          </w:pPr>
        </w:p>
      </w:tc>
      <w:tc>
        <w:tcPr>
          <w:tcW w:w="1701" w:type="dxa"/>
        </w:tcPr>
        <w:p w14:paraId="3B63EF76" w14:textId="77777777" w:rsidR="000D1D3D" w:rsidRPr="00D13170" w:rsidRDefault="000D1D3D" w:rsidP="000D1D3D">
          <w:pPr>
            <w:spacing w:after="0" w:line="240" w:lineRule="auto"/>
            <w:rPr>
              <w:rFonts w:ascii="Cambria" w:hAnsi="Cambria"/>
            </w:rPr>
          </w:pPr>
          <w:proofErr w:type="spellStart"/>
          <w:r w:rsidRPr="00D13170">
            <w:rPr>
              <w:rFonts w:ascii="Cambria" w:hAnsi="Cambria"/>
            </w:rPr>
            <w:t>T</w:t>
          </w:r>
          <w:r>
            <w:rPr>
              <w:rFonts w:ascii="Cambria" w:hAnsi="Cambria"/>
            </w:rPr>
            <w:t>gl</w:t>
          </w:r>
          <w:proofErr w:type="spellEnd"/>
          <w:r>
            <w:rPr>
              <w:rFonts w:ascii="Cambria" w:hAnsi="Cambria"/>
            </w:rPr>
            <w:t xml:space="preserve">. </w:t>
          </w:r>
          <w:proofErr w:type="spellStart"/>
          <w:r>
            <w:rPr>
              <w:rFonts w:ascii="Cambria" w:hAnsi="Cambria"/>
            </w:rPr>
            <w:t>Efektif</w:t>
          </w:r>
          <w:proofErr w:type="spellEnd"/>
        </w:p>
      </w:tc>
      <w:tc>
        <w:tcPr>
          <w:tcW w:w="1998" w:type="dxa"/>
        </w:tcPr>
        <w:p w14:paraId="03E65FC2" w14:textId="198E7420" w:rsidR="000D1D3D" w:rsidRPr="00D13170" w:rsidRDefault="000D1D3D" w:rsidP="000D1D3D">
          <w:pPr>
            <w:spacing w:after="0" w:line="240" w:lineRule="auto"/>
            <w:rPr>
              <w:rFonts w:ascii="Cambria" w:hAnsi="Cambria"/>
            </w:rPr>
          </w:pPr>
          <w:r>
            <w:rPr>
              <w:rFonts w:ascii="Cambria" w:hAnsi="Cambria"/>
            </w:rPr>
            <w:t>14 September 2026</w:t>
          </w:r>
        </w:p>
      </w:tc>
    </w:tr>
    <w:tr w:rsidR="000D1D3D" w:rsidRPr="00FD14F1" w14:paraId="0F3E9544" w14:textId="77777777" w:rsidTr="006A2333">
      <w:trPr>
        <w:trHeight w:val="70"/>
        <w:jc w:val="center"/>
      </w:trPr>
      <w:tc>
        <w:tcPr>
          <w:tcW w:w="1986" w:type="dxa"/>
          <w:vMerge/>
        </w:tcPr>
        <w:p w14:paraId="2F4C8516" w14:textId="77777777" w:rsidR="000D1D3D" w:rsidRPr="00FD14F1" w:rsidRDefault="000D1D3D" w:rsidP="000D1D3D">
          <w:pPr>
            <w:spacing w:after="0" w:line="240" w:lineRule="auto"/>
          </w:pPr>
        </w:p>
      </w:tc>
      <w:tc>
        <w:tcPr>
          <w:tcW w:w="5239" w:type="dxa"/>
          <w:vMerge/>
        </w:tcPr>
        <w:p w14:paraId="259A5916" w14:textId="77777777" w:rsidR="000D1D3D" w:rsidRPr="00FD14F1" w:rsidRDefault="000D1D3D" w:rsidP="000D1D3D">
          <w:pPr>
            <w:spacing w:after="0" w:line="240" w:lineRule="auto"/>
          </w:pPr>
        </w:p>
      </w:tc>
      <w:tc>
        <w:tcPr>
          <w:tcW w:w="1701" w:type="dxa"/>
        </w:tcPr>
        <w:p w14:paraId="2D586E65" w14:textId="77777777" w:rsidR="000D1D3D" w:rsidRPr="00D13170" w:rsidRDefault="000D1D3D" w:rsidP="000D1D3D">
          <w:pPr>
            <w:spacing w:after="0" w:line="240" w:lineRule="auto"/>
            <w:rPr>
              <w:rFonts w:ascii="Cambria" w:hAnsi="Cambria"/>
            </w:rPr>
          </w:pPr>
          <w:r w:rsidRPr="00D13170">
            <w:rPr>
              <w:rFonts w:ascii="Cambria" w:hAnsi="Cambria"/>
            </w:rPr>
            <w:t>Halaman</w:t>
          </w:r>
        </w:p>
      </w:tc>
      <w:tc>
        <w:tcPr>
          <w:tcW w:w="1998" w:type="dxa"/>
        </w:tcPr>
        <w:p w14:paraId="348FE485" w14:textId="77777777" w:rsidR="000D1D3D" w:rsidRPr="00D13170" w:rsidRDefault="000D1D3D" w:rsidP="000D1D3D">
          <w:pPr>
            <w:spacing w:after="0" w:line="240" w:lineRule="auto"/>
            <w:rPr>
              <w:rFonts w:ascii="Cambria" w:hAnsi="Cambria"/>
            </w:rPr>
          </w:pPr>
          <w:r w:rsidRPr="00D13170">
            <w:rPr>
              <w:rFonts w:ascii="Cambria" w:hAnsi="Cambria"/>
            </w:rPr>
            <w:fldChar w:fldCharType="begin"/>
          </w:r>
          <w:r w:rsidRPr="00D13170">
            <w:rPr>
              <w:rFonts w:ascii="Cambria" w:hAnsi="Cambria"/>
            </w:rPr>
            <w:instrText xml:space="preserve"> PAGE   \* MERGEFORMAT </w:instrText>
          </w:r>
          <w:r w:rsidRPr="00D13170">
            <w:rPr>
              <w:rFonts w:ascii="Cambria" w:hAnsi="Cambria"/>
            </w:rPr>
            <w:fldChar w:fldCharType="separate"/>
          </w:r>
          <w:r w:rsidRPr="00D13170">
            <w:rPr>
              <w:rFonts w:ascii="Cambria" w:hAnsi="Cambria"/>
              <w:noProof/>
            </w:rPr>
            <w:t>2</w:t>
          </w:r>
          <w:r w:rsidRPr="00D13170">
            <w:rPr>
              <w:rFonts w:ascii="Cambria" w:hAnsi="Cambria"/>
              <w:noProof/>
            </w:rPr>
            <w:fldChar w:fldCharType="end"/>
          </w:r>
          <w:r w:rsidRPr="00D13170">
            <w:rPr>
              <w:rFonts w:ascii="Cambria" w:hAnsi="Cambria"/>
            </w:rPr>
            <w:t xml:space="preserve">  </w:t>
          </w:r>
          <w:proofErr w:type="spellStart"/>
          <w:r w:rsidRPr="00D13170">
            <w:rPr>
              <w:rFonts w:ascii="Cambria" w:hAnsi="Cambria"/>
            </w:rPr>
            <w:t>dari</w:t>
          </w:r>
          <w:proofErr w:type="spellEnd"/>
          <w:r w:rsidRPr="00D13170">
            <w:rPr>
              <w:rFonts w:ascii="Cambria" w:hAnsi="Cambria"/>
            </w:rPr>
            <w:t xml:space="preserve"> </w:t>
          </w:r>
          <w:r w:rsidRPr="00D13170">
            <w:rPr>
              <w:rStyle w:val="PageNumber"/>
              <w:rFonts w:ascii="Cambria" w:hAnsi="Cambria"/>
            </w:rPr>
            <w:fldChar w:fldCharType="begin"/>
          </w:r>
          <w:r w:rsidRPr="00D13170">
            <w:rPr>
              <w:rStyle w:val="PageNumber"/>
              <w:rFonts w:ascii="Cambria" w:hAnsi="Cambria"/>
            </w:rPr>
            <w:instrText xml:space="preserve"> NUMPAGES </w:instrText>
          </w:r>
          <w:r w:rsidRPr="00D13170">
            <w:rPr>
              <w:rStyle w:val="PageNumber"/>
              <w:rFonts w:ascii="Cambria" w:hAnsi="Cambria"/>
            </w:rPr>
            <w:fldChar w:fldCharType="separate"/>
          </w:r>
          <w:r w:rsidRPr="00D13170">
            <w:rPr>
              <w:rStyle w:val="PageNumber"/>
              <w:rFonts w:ascii="Cambria" w:hAnsi="Cambria"/>
              <w:noProof/>
            </w:rPr>
            <w:t>2</w:t>
          </w:r>
          <w:r w:rsidRPr="00D13170">
            <w:rPr>
              <w:rStyle w:val="PageNumber"/>
              <w:rFonts w:ascii="Cambria" w:hAnsi="Cambria"/>
            </w:rPr>
            <w:fldChar w:fldCharType="end"/>
          </w:r>
        </w:p>
      </w:tc>
    </w:tr>
  </w:tbl>
  <w:p w14:paraId="7223E53C" w14:textId="77777777" w:rsidR="000D1D3D" w:rsidRDefault="000D1D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012C"/>
    <w:rsid w:val="0006063C"/>
    <w:rsid w:val="000D1D3D"/>
    <w:rsid w:val="0015074B"/>
    <w:rsid w:val="00170AE2"/>
    <w:rsid w:val="001F2902"/>
    <w:rsid w:val="0029639D"/>
    <w:rsid w:val="00326F90"/>
    <w:rsid w:val="004C5BD8"/>
    <w:rsid w:val="005B407D"/>
    <w:rsid w:val="006B16F6"/>
    <w:rsid w:val="00AA1D8D"/>
    <w:rsid w:val="00B47730"/>
    <w:rsid w:val="00B95314"/>
    <w:rsid w:val="00CB0664"/>
    <w:rsid w:val="00CC173D"/>
    <w:rsid w:val="00DD2D79"/>
    <w:rsid w:val="00FA6D4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D41C64"/>
  <w14:defaultImageDpi w14:val="300"/>
  <w15:docId w15:val="{D6F911A8-5BCC-4DE8-8525-EA8D894BC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ageNumber">
    <w:name w:val="page number"/>
    <w:basedOn w:val="DefaultParagraphFont"/>
    <w:rsid w:val="000D1D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726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Sulis Setyorini</dc:creator>
  <cp:keywords/>
  <dc:description>generated by python-docx</dc:description>
  <cp:lastModifiedBy>edukasi cendekia</cp:lastModifiedBy>
  <cp:revision>3</cp:revision>
  <cp:lastPrinted>2026-09-28T07:58:00Z</cp:lastPrinted>
  <dcterms:created xsi:type="dcterms:W3CDTF">2013-12-23T23:15:00Z</dcterms:created>
  <dcterms:modified xsi:type="dcterms:W3CDTF">2026-09-28T07:58:00Z</dcterms:modified>
  <cp:category/>
</cp:coreProperties>
</file>